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74A2" w:rsidRDefault="00CE4C65" w:rsidP="004D6E0C">
      <w:pPr>
        <w:spacing w:after="0" w:line="240" w:lineRule="auto"/>
        <w:jc w:val="center"/>
      </w:pPr>
      <w:bookmarkStart w:id="0" w:name="_GoBack"/>
      <w:bookmarkEnd w:id="0"/>
      <w:r>
        <w:rPr>
          <w:b/>
          <w:sz w:val="26"/>
        </w:rPr>
        <w:t>PHỤ LỤC</w:t>
      </w:r>
      <w:r>
        <w:rPr>
          <w:b/>
          <w:sz w:val="26"/>
        </w:rPr>
        <w:br/>
        <w:t>DANH MỤC NHIỆM VỤ, SẢN PHẨM THỰC HIỆN KẾ HOẠCH</w:t>
      </w:r>
    </w:p>
    <w:p w:rsidR="00A874A2" w:rsidRDefault="00CE4C65" w:rsidP="004D6E0C">
      <w:pPr>
        <w:spacing w:after="0" w:line="240" w:lineRule="auto"/>
        <w:jc w:val="center"/>
        <w:rPr>
          <w:i/>
          <w:sz w:val="20"/>
        </w:rPr>
      </w:pPr>
      <w:r>
        <w:rPr>
          <w:i/>
          <w:sz w:val="20"/>
        </w:rPr>
        <w:t>(Kèm theo Kế hoạch số</w:t>
      </w:r>
      <w:r w:rsidR="00A15FC3">
        <w:rPr>
          <w:i/>
          <w:sz w:val="20"/>
        </w:rPr>
        <w:t xml:space="preserve"> 160</w:t>
      </w:r>
      <w:r>
        <w:rPr>
          <w:i/>
          <w:sz w:val="20"/>
        </w:rPr>
        <w:t xml:space="preserve">-KH/ĐU ngày </w:t>
      </w:r>
      <w:r w:rsidR="00A15FC3">
        <w:rPr>
          <w:i/>
          <w:sz w:val="20"/>
        </w:rPr>
        <w:t>24</w:t>
      </w:r>
      <w:r>
        <w:rPr>
          <w:i/>
          <w:sz w:val="20"/>
        </w:rPr>
        <w:t>/9/2026 của Ban Thường vụ Đảng ủy xã Sin Suối Hồ)</w:t>
      </w:r>
    </w:p>
    <w:p w:rsidR="004D6E0C" w:rsidRDefault="004D6E0C" w:rsidP="004D6E0C">
      <w:pPr>
        <w:spacing w:after="0" w:line="240" w:lineRule="auto"/>
        <w:jc w:val="center"/>
      </w:pPr>
    </w:p>
    <w:tbl>
      <w:tblPr>
        <w:tblStyle w:val="TableGrid"/>
        <w:tblW w:w="0" w:type="auto"/>
        <w:jc w:val="center"/>
        <w:tblLook w:val="04A0" w:firstRow="1" w:lastRow="0" w:firstColumn="1" w:lastColumn="0" w:noHBand="0" w:noVBand="1"/>
      </w:tblPr>
      <w:tblGrid>
        <w:gridCol w:w="570"/>
        <w:gridCol w:w="3498"/>
        <w:gridCol w:w="1282"/>
        <w:gridCol w:w="1705"/>
        <w:gridCol w:w="1202"/>
        <w:gridCol w:w="2273"/>
      </w:tblGrid>
      <w:tr w:rsidR="0068783C" w:rsidTr="0068783C">
        <w:trPr>
          <w:trHeight w:val="388"/>
          <w:tblHeader/>
          <w:jc w:val="center"/>
        </w:trPr>
        <w:tc>
          <w:tcPr>
            <w:tcW w:w="572" w:type="dxa"/>
            <w:vAlign w:val="center"/>
          </w:tcPr>
          <w:p w:rsidR="0068783C" w:rsidRDefault="0068783C">
            <w:pPr>
              <w:jc w:val="center"/>
            </w:pPr>
            <w:r>
              <w:rPr>
                <w:b/>
                <w:sz w:val="17"/>
              </w:rPr>
              <w:t>TT</w:t>
            </w:r>
          </w:p>
        </w:tc>
        <w:tc>
          <w:tcPr>
            <w:tcW w:w="3541" w:type="dxa"/>
            <w:vAlign w:val="center"/>
          </w:tcPr>
          <w:p w:rsidR="0068783C" w:rsidRDefault="0068783C">
            <w:pPr>
              <w:jc w:val="center"/>
            </w:pPr>
            <w:r>
              <w:rPr>
                <w:b/>
                <w:sz w:val="17"/>
              </w:rPr>
              <w:t>Nội dung/nhiệm vụ</w:t>
            </w:r>
          </w:p>
        </w:tc>
        <w:tc>
          <w:tcPr>
            <w:tcW w:w="1292" w:type="dxa"/>
            <w:vAlign w:val="center"/>
          </w:tcPr>
          <w:p w:rsidR="0068783C" w:rsidRDefault="0068783C">
            <w:pPr>
              <w:jc w:val="center"/>
            </w:pPr>
            <w:r>
              <w:rPr>
                <w:b/>
                <w:sz w:val="17"/>
              </w:rPr>
              <w:t>Chủ trì</w:t>
            </w:r>
          </w:p>
        </w:tc>
        <w:tc>
          <w:tcPr>
            <w:tcW w:w="1723" w:type="dxa"/>
            <w:vAlign w:val="center"/>
          </w:tcPr>
          <w:p w:rsidR="0068783C" w:rsidRDefault="0068783C">
            <w:pPr>
              <w:jc w:val="center"/>
            </w:pPr>
            <w:r>
              <w:rPr>
                <w:b/>
                <w:sz w:val="17"/>
              </w:rPr>
              <w:t>Phối hợp</w:t>
            </w:r>
          </w:p>
        </w:tc>
        <w:tc>
          <w:tcPr>
            <w:tcW w:w="1208" w:type="dxa"/>
            <w:vAlign w:val="center"/>
          </w:tcPr>
          <w:p w:rsidR="0068783C" w:rsidRDefault="0068783C">
            <w:pPr>
              <w:jc w:val="center"/>
            </w:pPr>
            <w:r>
              <w:rPr>
                <w:b/>
                <w:sz w:val="17"/>
              </w:rPr>
              <w:t>Thời gian thực hiện</w:t>
            </w:r>
          </w:p>
        </w:tc>
        <w:tc>
          <w:tcPr>
            <w:tcW w:w="2296" w:type="dxa"/>
            <w:vAlign w:val="center"/>
          </w:tcPr>
          <w:p w:rsidR="0068783C" w:rsidRDefault="0068783C">
            <w:pPr>
              <w:jc w:val="center"/>
            </w:pPr>
            <w:r>
              <w:rPr>
                <w:b/>
                <w:sz w:val="17"/>
              </w:rPr>
              <w:t>Sản phẩm/chỉ tiêu</w:t>
            </w:r>
          </w:p>
        </w:tc>
      </w:tr>
      <w:tr w:rsidR="0068783C" w:rsidTr="0068783C">
        <w:trPr>
          <w:trHeight w:val="552"/>
          <w:jc w:val="center"/>
        </w:trPr>
        <w:tc>
          <w:tcPr>
            <w:tcW w:w="572" w:type="dxa"/>
            <w:vAlign w:val="center"/>
          </w:tcPr>
          <w:p w:rsidR="0068783C" w:rsidRDefault="0068783C">
            <w:pPr>
              <w:jc w:val="center"/>
            </w:pPr>
            <w:r>
              <w:rPr>
                <w:sz w:val="16"/>
              </w:rPr>
              <w:t>1</w:t>
            </w:r>
          </w:p>
        </w:tc>
        <w:tc>
          <w:tcPr>
            <w:tcW w:w="3541" w:type="dxa"/>
            <w:vAlign w:val="center"/>
          </w:tcPr>
          <w:p w:rsidR="0068783C" w:rsidRDefault="0068783C" w:rsidP="004D6E0C">
            <w:pPr>
              <w:jc w:val="both"/>
            </w:pPr>
            <w:r>
              <w:rPr>
                <w:sz w:val="16"/>
              </w:rPr>
              <w:t>Tổ chức quán triệt Nghị quyết 25-NQ/TW, Kế hoạch 08-KH/TW và Kế hoạch của Đảng ủy xã</w:t>
            </w:r>
          </w:p>
        </w:tc>
        <w:tc>
          <w:tcPr>
            <w:tcW w:w="1292" w:type="dxa"/>
            <w:vAlign w:val="center"/>
          </w:tcPr>
          <w:p w:rsidR="0068783C" w:rsidRDefault="0068783C">
            <w:pPr>
              <w:jc w:val="center"/>
            </w:pPr>
            <w:r>
              <w:rPr>
                <w:sz w:val="16"/>
              </w:rPr>
              <w:t>Ban Xây dựng Đảng</w:t>
            </w:r>
          </w:p>
        </w:tc>
        <w:tc>
          <w:tcPr>
            <w:tcW w:w="1723" w:type="dxa"/>
            <w:vAlign w:val="center"/>
          </w:tcPr>
          <w:p w:rsidR="0068783C" w:rsidRDefault="0068783C">
            <w:pPr>
              <w:jc w:val="center"/>
            </w:pPr>
            <w:r>
              <w:rPr>
                <w:sz w:val="16"/>
              </w:rPr>
              <w:t>Văn phòng Đảng ủy, các chi bộ</w:t>
            </w:r>
          </w:p>
        </w:tc>
        <w:tc>
          <w:tcPr>
            <w:tcW w:w="1208" w:type="dxa"/>
            <w:vAlign w:val="center"/>
          </w:tcPr>
          <w:p w:rsidR="0068783C" w:rsidRDefault="0068783C" w:rsidP="004D6E0C">
            <w:pPr>
              <w:jc w:val="center"/>
            </w:pPr>
            <w:r>
              <w:rPr>
                <w:sz w:val="16"/>
              </w:rPr>
              <w:t>Trước 25/9/2026</w:t>
            </w:r>
          </w:p>
        </w:tc>
        <w:tc>
          <w:tcPr>
            <w:tcW w:w="2296" w:type="dxa"/>
            <w:vAlign w:val="center"/>
          </w:tcPr>
          <w:p w:rsidR="0068783C" w:rsidRDefault="0068783C" w:rsidP="004D6E0C">
            <w:pPr>
              <w:jc w:val="both"/>
            </w:pPr>
            <w:r>
              <w:rPr>
                <w:sz w:val="16"/>
              </w:rPr>
              <w:t>Hội nghị/tài liệu; 100% cán bộ, đảng viên được quán triệt</w:t>
            </w:r>
          </w:p>
        </w:tc>
      </w:tr>
      <w:tr w:rsidR="0068783C" w:rsidTr="0068783C">
        <w:trPr>
          <w:trHeight w:val="552"/>
          <w:jc w:val="center"/>
        </w:trPr>
        <w:tc>
          <w:tcPr>
            <w:tcW w:w="572" w:type="dxa"/>
            <w:vAlign w:val="center"/>
          </w:tcPr>
          <w:p w:rsidR="0068783C" w:rsidRDefault="0068783C">
            <w:pPr>
              <w:jc w:val="center"/>
            </w:pPr>
            <w:r>
              <w:rPr>
                <w:sz w:val="16"/>
              </w:rPr>
              <w:t>2</w:t>
            </w:r>
          </w:p>
        </w:tc>
        <w:tc>
          <w:tcPr>
            <w:tcW w:w="3541" w:type="dxa"/>
            <w:vAlign w:val="center"/>
          </w:tcPr>
          <w:p w:rsidR="0068783C" w:rsidRDefault="0068783C" w:rsidP="004D6E0C">
            <w:pPr>
              <w:jc w:val="both"/>
            </w:pPr>
            <w:r>
              <w:rPr>
                <w:sz w:val="16"/>
              </w:rPr>
              <w:t>Đưa công tác tư tưởng vào chương trình công tác, sinh hoạt cấp ủy, chi bộ và nội dung kiểm điểm hằng năm</w:t>
            </w:r>
          </w:p>
        </w:tc>
        <w:tc>
          <w:tcPr>
            <w:tcW w:w="1292" w:type="dxa"/>
            <w:vAlign w:val="center"/>
          </w:tcPr>
          <w:p w:rsidR="0068783C" w:rsidRDefault="0068783C" w:rsidP="0068783C">
            <w:pPr>
              <w:jc w:val="center"/>
            </w:pPr>
            <w:r>
              <w:rPr>
                <w:sz w:val="16"/>
              </w:rPr>
              <w:t>Các chi, đảng bộ trực thuộc</w:t>
            </w:r>
          </w:p>
        </w:tc>
        <w:tc>
          <w:tcPr>
            <w:tcW w:w="1723" w:type="dxa"/>
            <w:vAlign w:val="center"/>
          </w:tcPr>
          <w:p w:rsidR="0068783C" w:rsidRDefault="0068783C">
            <w:pPr>
              <w:jc w:val="center"/>
            </w:pPr>
            <w:r>
              <w:rPr>
                <w:sz w:val="16"/>
              </w:rPr>
              <w:t>Ban Xây dựng Đảng</w:t>
            </w:r>
          </w:p>
        </w:tc>
        <w:tc>
          <w:tcPr>
            <w:tcW w:w="1208" w:type="dxa"/>
            <w:vAlign w:val="center"/>
          </w:tcPr>
          <w:p w:rsidR="0068783C" w:rsidRDefault="0068783C">
            <w:pPr>
              <w:jc w:val="center"/>
            </w:pPr>
            <w:r>
              <w:rPr>
                <w:sz w:val="16"/>
              </w:rPr>
              <w:t>Thường xuyên</w:t>
            </w:r>
          </w:p>
        </w:tc>
        <w:tc>
          <w:tcPr>
            <w:tcW w:w="2296" w:type="dxa"/>
            <w:vAlign w:val="center"/>
          </w:tcPr>
          <w:p w:rsidR="0068783C" w:rsidRDefault="0068783C" w:rsidP="004D6E0C">
            <w:pPr>
              <w:jc w:val="both"/>
            </w:pPr>
            <w:r>
              <w:rPr>
                <w:sz w:val="16"/>
              </w:rPr>
              <w:t>100% chi bộ thực hiện; có nội dung trọng tâm</w:t>
            </w:r>
          </w:p>
        </w:tc>
      </w:tr>
      <w:tr w:rsidR="0068783C" w:rsidTr="0068783C">
        <w:trPr>
          <w:trHeight w:val="552"/>
          <w:jc w:val="center"/>
        </w:trPr>
        <w:tc>
          <w:tcPr>
            <w:tcW w:w="572" w:type="dxa"/>
            <w:vAlign w:val="center"/>
          </w:tcPr>
          <w:p w:rsidR="0068783C" w:rsidRDefault="0068783C">
            <w:pPr>
              <w:jc w:val="center"/>
            </w:pPr>
            <w:r>
              <w:rPr>
                <w:sz w:val="16"/>
              </w:rPr>
              <w:t>3</w:t>
            </w:r>
          </w:p>
        </w:tc>
        <w:tc>
          <w:tcPr>
            <w:tcW w:w="3541" w:type="dxa"/>
            <w:vAlign w:val="center"/>
          </w:tcPr>
          <w:p w:rsidR="0068783C" w:rsidRDefault="0068783C" w:rsidP="004D6E0C">
            <w:pPr>
              <w:jc w:val="both"/>
            </w:pPr>
            <w:r>
              <w:rPr>
                <w:sz w:val="16"/>
              </w:rPr>
              <w:t>Phân công cấp ủy viên phụ trách, theo dõi địa bàn; duy trì nắm tình hình tư tưởng, dư luận tại từng bản</w:t>
            </w:r>
          </w:p>
        </w:tc>
        <w:tc>
          <w:tcPr>
            <w:tcW w:w="1292" w:type="dxa"/>
            <w:vAlign w:val="center"/>
          </w:tcPr>
          <w:p w:rsidR="0068783C" w:rsidRDefault="0068783C">
            <w:pPr>
              <w:jc w:val="center"/>
            </w:pPr>
            <w:r>
              <w:rPr>
                <w:sz w:val="16"/>
              </w:rPr>
              <w:t>Ban Thường vụ Đảng ủy</w:t>
            </w:r>
          </w:p>
        </w:tc>
        <w:tc>
          <w:tcPr>
            <w:tcW w:w="1723" w:type="dxa"/>
            <w:vAlign w:val="center"/>
          </w:tcPr>
          <w:p w:rsidR="0068783C" w:rsidRDefault="0068783C">
            <w:pPr>
              <w:jc w:val="center"/>
            </w:pPr>
            <w:r>
              <w:rPr>
                <w:sz w:val="16"/>
              </w:rPr>
              <w:t>BCH, Ban Xây dựng Đảng, MTTQ, đoàn thể, Công an, chi bộ</w:t>
            </w:r>
          </w:p>
        </w:tc>
        <w:tc>
          <w:tcPr>
            <w:tcW w:w="1208" w:type="dxa"/>
            <w:vAlign w:val="center"/>
          </w:tcPr>
          <w:p w:rsidR="0068783C" w:rsidRDefault="0068783C">
            <w:pPr>
              <w:jc w:val="center"/>
            </w:pPr>
            <w:r>
              <w:rPr>
                <w:sz w:val="16"/>
              </w:rPr>
              <w:t>Thường xuyên</w:t>
            </w:r>
          </w:p>
        </w:tc>
        <w:tc>
          <w:tcPr>
            <w:tcW w:w="2296" w:type="dxa"/>
            <w:vAlign w:val="center"/>
          </w:tcPr>
          <w:p w:rsidR="0068783C" w:rsidRDefault="0068783C" w:rsidP="004D6E0C">
            <w:pPr>
              <w:jc w:val="both"/>
            </w:pPr>
            <w:r>
              <w:rPr>
                <w:sz w:val="16"/>
              </w:rPr>
              <w:t>Có đầu mối; báo cáo định kỳ/đột xuất</w:t>
            </w:r>
          </w:p>
        </w:tc>
      </w:tr>
      <w:tr w:rsidR="0068783C" w:rsidTr="0068783C">
        <w:trPr>
          <w:trHeight w:val="552"/>
          <w:jc w:val="center"/>
        </w:trPr>
        <w:tc>
          <w:tcPr>
            <w:tcW w:w="572" w:type="dxa"/>
            <w:vAlign w:val="center"/>
          </w:tcPr>
          <w:p w:rsidR="0068783C" w:rsidRDefault="0068783C">
            <w:pPr>
              <w:jc w:val="center"/>
            </w:pPr>
            <w:r>
              <w:rPr>
                <w:sz w:val="16"/>
              </w:rPr>
              <w:t>4</w:t>
            </w:r>
          </w:p>
        </w:tc>
        <w:tc>
          <w:tcPr>
            <w:tcW w:w="3541" w:type="dxa"/>
            <w:vAlign w:val="center"/>
          </w:tcPr>
          <w:p w:rsidR="0068783C" w:rsidRDefault="0068783C" w:rsidP="004D6E0C">
            <w:pPr>
              <w:jc w:val="both"/>
            </w:pPr>
            <w:r>
              <w:rPr>
                <w:sz w:val="16"/>
              </w:rPr>
              <w:t>Đối thoại trực tiếp giữa người đứng đầu cấp ủy, chính quyền với Nhân dân; tiếp nhận, xử lý và thông tin kết quả</w:t>
            </w:r>
          </w:p>
        </w:tc>
        <w:tc>
          <w:tcPr>
            <w:tcW w:w="1292" w:type="dxa"/>
            <w:vAlign w:val="center"/>
          </w:tcPr>
          <w:p w:rsidR="0068783C" w:rsidRDefault="0068783C">
            <w:pPr>
              <w:jc w:val="center"/>
            </w:pPr>
            <w:r>
              <w:rPr>
                <w:sz w:val="16"/>
              </w:rPr>
              <w:t>Thường trực Đảng ủy, UBND xã</w:t>
            </w:r>
          </w:p>
        </w:tc>
        <w:tc>
          <w:tcPr>
            <w:tcW w:w="1723" w:type="dxa"/>
            <w:vAlign w:val="center"/>
          </w:tcPr>
          <w:p w:rsidR="0068783C" w:rsidRDefault="0068783C">
            <w:pPr>
              <w:jc w:val="center"/>
            </w:pPr>
            <w:r>
              <w:rPr>
                <w:sz w:val="16"/>
              </w:rPr>
              <w:t>HĐND, MTTQ, Ban Xây dựng Đảng, chi bộ</w:t>
            </w:r>
          </w:p>
        </w:tc>
        <w:tc>
          <w:tcPr>
            <w:tcW w:w="1208" w:type="dxa"/>
            <w:vAlign w:val="center"/>
          </w:tcPr>
          <w:p w:rsidR="0068783C" w:rsidRDefault="0068783C">
            <w:pPr>
              <w:jc w:val="center"/>
            </w:pPr>
            <w:r>
              <w:rPr>
                <w:sz w:val="16"/>
              </w:rPr>
              <w:t>Hằng năm và khi cần</w:t>
            </w:r>
          </w:p>
        </w:tc>
        <w:tc>
          <w:tcPr>
            <w:tcW w:w="2296" w:type="dxa"/>
            <w:vAlign w:val="center"/>
          </w:tcPr>
          <w:p w:rsidR="0068783C" w:rsidRDefault="0068783C" w:rsidP="0068783C">
            <w:pPr>
              <w:jc w:val="both"/>
            </w:pPr>
            <w:r>
              <w:rPr>
                <w:sz w:val="16"/>
              </w:rPr>
              <w:t>Theo quy định, theo thẩm quyền</w:t>
            </w:r>
          </w:p>
        </w:tc>
      </w:tr>
      <w:tr w:rsidR="0068783C" w:rsidTr="0068783C">
        <w:trPr>
          <w:trHeight w:val="539"/>
          <w:jc w:val="center"/>
        </w:trPr>
        <w:tc>
          <w:tcPr>
            <w:tcW w:w="572" w:type="dxa"/>
            <w:vAlign w:val="center"/>
          </w:tcPr>
          <w:p w:rsidR="0068783C" w:rsidRDefault="0068783C">
            <w:pPr>
              <w:jc w:val="center"/>
            </w:pPr>
            <w:r>
              <w:rPr>
                <w:sz w:val="16"/>
              </w:rPr>
              <w:t>5</w:t>
            </w:r>
          </w:p>
        </w:tc>
        <w:tc>
          <w:tcPr>
            <w:tcW w:w="3541" w:type="dxa"/>
            <w:vAlign w:val="center"/>
          </w:tcPr>
          <w:p w:rsidR="0068783C" w:rsidRDefault="0068783C" w:rsidP="004D6E0C">
            <w:pPr>
              <w:jc w:val="both"/>
            </w:pPr>
            <w:r>
              <w:rPr>
                <w:sz w:val="16"/>
              </w:rPr>
              <w:t>Duy trì sinh hoạt tư tưởng tại bản; phát huy bí thư chi bộ, trưởng bản, người có uy tín, cán bộ phụ trách địa bàn</w:t>
            </w:r>
          </w:p>
        </w:tc>
        <w:tc>
          <w:tcPr>
            <w:tcW w:w="1292" w:type="dxa"/>
            <w:vAlign w:val="center"/>
          </w:tcPr>
          <w:p w:rsidR="0068783C" w:rsidRDefault="0068783C">
            <w:pPr>
              <w:jc w:val="center"/>
            </w:pPr>
            <w:r>
              <w:rPr>
                <w:sz w:val="16"/>
              </w:rPr>
              <w:t>Các chi bộ bản</w:t>
            </w:r>
          </w:p>
        </w:tc>
        <w:tc>
          <w:tcPr>
            <w:tcW w:w="1723" w:type="dxa"/>
            <w:vAlign w:val="center"/>
          </w:tcPr>
          <w:p w:rsidR="0068783C" w:rsidRDefault="0068783C">
            <w:pPr>
              <w:jc w:val="center"/>
            </w:pPr>
            <w:r>
              <w:rPr>
                <w:sz w:val="16"/>
              </w:rPr>
              <w:t>Ban Xây dựng Đảng, MTTQ, đoàn thể</w:t>
            </w:r>
          </w:p>
        </w:tc>
        <w:tc>
          <w:tcPr>
            <w:tcW w:w="1208" w:type="dxa"/>
            <w:vAlign w:val="center"/>
          </w:tcPr>
          <w:p w:rsidR="0068783C" w:rsidRDefault="0068783C">
            <w:pPr>
              <w:jc w:val="center"/>
            </w:pPr>
            <w:r>
              <w:rPr>
                <w:sz w:val="16"/>
              </w:rPr>
              <w:t>Thường xuyên</w:t>
            </w:r>
          </w:p>
        </w:tc>
        <w:tc>
          <w:tcPr>
            <w:tcW w:w="2296" w:type="dxa"/>
            <w:vAlign w:val="center"/>
          </w:tcPr>
          <w:p w:rsidR="0068783C" w:rsidRDefault="0068783C" w:rsidP="004D6E0C">
            <w:pPr>
              <w:jc w:val="both"/>
            </w:pPr>
            <w:r>
              <w:rPr>
                <w:sz w:val="16"/>
              </w:rPr>
              <w:t>Mỗi bản có đầu mối nắm tình hình; báo cáo kịp thời</w:t>
            </w:r>
          </w:p>
        </w:tc>
      </w:tr>
      <w:tr w:rsidR="0068783C" w:rsidTr="0068783C">
        <w:trPr>
          <w:trHeight w:val="552"/>
          <w:jc w:val="center"/>
        </w:trPr>
        <w:tc>
          <w:tcPr>
            <w:tcW w:w="572" w:type="dxa"/>
            <w:vAlign w:val="center"/>
          </w:tcPr>
          <w:p w:rsidR="0068783C" w:rsidRDefault="0068783C">
            <w:pPr>
              <w:jc w:val="center"/>
            </w:pPr>
            <w:r>
              <w:rPr>
                <w:sz w:val="16"/>
              </w:rPr>
              <w:t>6</w:t>
            </w:r>
          </w:p>
        </w:tc>
        <w:tc>
          <w:tcPr>
            <w:tcW w:w="3541" w:type="dxa"/>
            <w:vAlign w:val="center"/>
          </w:tcPr>
          <w:p w:rsidR="0068783C" w:rsidRDefault="0068783C" w:rsidP="004D6E0C">
            <w:pPr>
              <w:jc w:val="both"/>
            </w:pPr>
            <w:r>
              <w:rPr>
                <w:sz w:val="16"/>
              </w:rPr>
              <w:t>Duy trì ít nhất 01 kênh thông tin số chính thống của xã; từng bước kết nối hệ thống thông tin nguồn dùng chung</w:t>
            </w:r>
          </w:p>
        </w:tc>
        <w:tc>
          <w:tcPr>
            <w:tcW w:w="1292" w:type="dxa"/>
            <w:vAlign w:val="center"/>
          </w:tcPr>
          <w:p w:rsidR="0068783C" w:rsidRDefault="0068783C">
            <w:pPr>
              <w:jc w:val="center"/>
            </w:pPr>
            <w:r>
              <w:rPr>
                <w:sz w:val="16"/>
              </w:rPr>
              <w:t>UBND xã</w:t>
            </w:r>
          </w:p>
        </w:tc>
        <w:tc>
          <w:tcPr>
            <w:tcW w:w="1723" w:type="dxa"/>
            <w:vAlign w:val="center"/>
          </w:tcPr>
          <w:p w:rsidR="0068783C" w:rsidRDefault="0068783C">
            <w:pPr>
              <w:jc w:val="center"/>
            </w:pPr>
            <w:r>
              <w:rPr>
                <w:sz w:val="16"/>
              </w:rPr>
              <w:t>Ban Xây dựng Đảng, Văn phòng Đảng ủy, chi bộ</w:t>
            </w:r>
          </w:p>
        </w:tc>
        <w:tc>
          <w:tcPr>
            <w:tcW w:w="1208" w:type="dxa"/>
            <w:vAlign w:val="center"/>
          </w:tcPr>
          <w:p w:rsidR="0068783C" w:rsidRDefault="0068783C">
            <w:pPr>
              <w:jc w:val="center"/>
            </w:pPr>
            <w:r>
              <w:rPr>
                <w:sz w:val="16"/>
              </w:rPr>
              <w:t>2026-2030</w:t>
            </w:r>
          </w:p>
        </w:tc>
        <w:tc>
          <w:tcPr>
            <w:tcW w:w="2296" w:type="dxa"/>
            <w:vAlign w:val="center"/>
          </w:tcPr>
          <w:p w:rsidR="0068783C" w:rsidRDefault="0068783C" w:rsidP="004D6E0C">
            <w:pPr>
              <w:jc w:val="both"/>
            </w:pPr>
            <w:r>
              <w:rPr>
                <w:sz w:val="16"/>
              </w:rPr>
              <w:t>Ít nhất 01 kênh chính thống; thông tin được cập nhật, kiểm chứng, hai chiều</w:t>
            </w:r>
          </w:p>
        </w:tc>
      </w:tr>
      <w:tr w:rsidR="0068783C" w:rsidTr="0068783C">
        <w:trPr>
          <w:trHeight w:val="552"/>
          <w:jc w:val="center"/>
        </w:trPr>
        <w:tc>
          <w:tcPr>
            <w:tcW w:w="572" w:type="dxa"/>
            <w:vAlign w:val="center"/>
          </w:tcPr>
          <w:p w:rsidR="0068783C" w:rsidRDefault="0068783C">
            <w:pPr>
              <w:jc w:val="center"/>
            </w:pPr>
            <w:r>
              <w:rPr>
                <w:sz w:val="16"/>
              </w:rPr>
              <w:t>7</w:t>
            </w:r>
          </w:p>
        </w:tc>
        <w:tc>
          <w:tcPr>
            <w:tcW w:w="3541" w:type="dxa"/>
            <w:vAlign w:val="center"/>
          </w:tcPr>
          <w:p w:rsidR="0068783C" w:rsidRDefault="0068783C" w:rsidP="004D6E0C">
            <w:pPr>
              <w:jc w:val="both"/>
            </w:pPr>
            <w:r>
              <w:rPr>
                <w:sz w:val="16"/>
              </w:rPr>
              <w:t>Triển khai “Bình dân học vụ số”, phát huy Tổ công nghệ số cộng đồng; hướng dẫn nhận diện tin giả, sử dụng mạng xã hội an toàn</w:t>
            </w:r>
          </w:p>
        </w:tc>
        <w:tc>
          <w:tcPr>
            <w:tcW w:w="1292" w:type="dxa"/>
            <w:vAlign w:val="center"/>
          </w:tcPr>
          <w:p w:rsidR="0068783C" w:rsidRDefault="0068783C">
            <w:pPr>
              <w:jc w:val="center"/>
            </w:pPr>
            <w:r>
              <w:rPr>
                <w:sz w:val="16"/>
              </w:rPr>
              <w:t>UBND xã</w:t>
            </w:r>
          </w:p>
        </w:tc>
        <w:tc>
          <w:tcPr>
            <w:tcW w:w="1723" w:type="dxa"/>
            <w:vAlign w:val="center"/>
          </w:tcPr>
          <w:p w:rsidR="0068783C" w:rsidRDefault="0068783C">
            <w:pPr>
              <w:jc w:val="center"/>
            </w:pPr>
            <w:r>
              <w:rPr>
                <w:sz w:val="16"/>
              </w:rPr>
              <w:t>MTTQ, đoàn thể, Công an, chi bộ</w:t>
            </w:r>
          </w:p>
        </w:tc>
        <w:tc>
          <w:tcPr>
            <w:tcW w:w="1208" w:type="dxa"/>
            <w:vAlign w:val="center"/>
          </w:tcPr>
          <w:p w:rsidR="0068783C" w:rsidRDefault="0068783C">
            <w:pPr>
              <w:jc w:val="center"/>
            </w:pPr>
            <w:r>
              <w:rPr>
                <w:sz w:val="16"/>
              </w:rPr>
              <w:t>Thường xuyên</w:t>
            </w:r>
          </w:p>
        </w:tc>
        <w:tc>
          <w:tcPr>
            <w:tcW w:w="2296" w:type="dxa"/>
            <w:vAlign w:val="center"/>
          </w:tcPr>
          <w:p w:rsidR="0068783C" w:rsidRDefault="0068783C" w:rsidP="004D6E0C">
            <w:pPr>
              <w:jc w:val="both"/>
            </w:pPr>
            <w:r>
              <w:rPr>
                <w:sz w:val="16"/>
              </w:rPr>
              <w:t>Người dân được tiếp cận kỹ năng số, kiểm chứng thông tin</w:t>
            </w:r>
          </w:p>
        </w:tc>
      </w:tr>
      <w:tr w:rsidR="0068783C" w:rsidTr="0068783C">
        <w:trPr>
          <w:trHeight w:val="363"/>
          <w:jc w:val="center"/>
        </w:trPr>
        <w:tc>
          <w:tcPr>
            <w:tcW w:w="572" w:type="dxa"/>
            <w:vAlign w:val="center"/>
          </w:tcPr>
          <w:p w:rsidR="0068783C" w:rsidRDefault="0068783C">
            <w:pPr>
              <w:jc w:val="center"/>
            </w:pPr>
            <w:r>
              <w:rPr>
                <w:sz w:val="16"/>
              </w:rPr>
              <w:t>8</w:t>
            </w:r>
          </w:p>
        </w:tc>
        <w:tc>
          <w:tcPr>
            <w:tcW w:w="3541" w:type="dxa"/>
            <w:vAlign w:val="center"/>
          </w:tcPr>
          <w:p w:rsidR="0068783C" w:rsidRDefault="0068783C" w:rsidP="004D6E0C">
            <w:pPr>
              <w:jc w:val="both"/>
            </w:pPr>
            <w:r>
              <w:rPr>
                <w:sz w:val="16"/>
              </w:rPr>
              <w:t>Nắm bắt, phân tích, dự báo và xử lý theo thẩm quyền các vấn đề phức tạp nảy sinh từ cơ sở</w:t>
            </w:r>
          </w:p>
        </w:tc>
        <w:tc>
          <w:tcPr>
            <w:tcW w:w="1292" w:type="dxa"/>
            <w:vAlign w:val="center"/>
          </w:tcPr>
          <w:p w:rsidR="0068783C" w:rsidRDefault="0068783C">
            <w:pPr>
              <w:jc w:val="center"/>
            </w:pPr>
            <w:r>
              <w:rPr>
                <w:sz w:val="16"/>
              </w:rPr>
              <w:t>Ban Xây dựng Đảng</w:t>
            </w:r>
          </w:p>
        </w:tc>
        <w:tc>
          <w:tcPr>
            <w:tcW w:w="1723" w:type="dxa"/>
            <w:vAlign w:val="center"/>
          </w:tcPr>
          <w:p w:rsidR="0068783C" w:rsidRDefault="0068783C">
            <w:pPr>
              <w:jc w:val="center"/>
            </w:pPr>
            <w:r>
              <w:rPr>
                <w:sz w:val="16"/>
              </w:rPr>
              <w:t>UBND, Công an, MTTQ, chi bộ</w:t>
            </w:r>
          </w:p>
        </w:tc>
        <w:tc>
          <w:tcPr>
            <w:tcW w:w="1208" w:type="dxa"/>
            <w:vAlign w:val="center"/>
          </w:tcPr>
          <w:p w:rsidR="0068783C" w:rsidRDefault="0068783C">
            <w:pPr>
              <w:jc w:val="center"/>
            </w:pPr>
            <w:r>
              <w:rPr>
                <w:sz w:val="16"/>
              </w:rPr>
              <w:t>Thường xuyên</w:t>
            </w:r>
          </w:p>
        </w:tc>
        <w:tc>
          <w:tcPr>
            <w:tcW w:w="2296" w:type="dxa"/>
            <w:vAlign w:val="center"/>
          </w:tcPr>
          <w:p w:rsidR="0068783C" w:rsidRDefault="0068783C" w:rsidP="004D6E0C">
            <w:pPr>
              <w:jc w:val="both"/>
            </w:pPr>
            <w:r>
              <w:rPr>
                <w:sz w:val="16"/>
              </w:rPr>
              <w:t>Vấn đề phát sinh được xử lý hoặc báo cáo kịp thời</w:t>
            </w:r>
          </w:p>
        </w:tc>
      </w:tr>
      <w:tr w:rsidR="0068783C" w:rsidTr="0068783C">
        <w:trPr>
          <w:trHeight w:val="552"/>
          <w:jc w:val="center"/>
        </w:trPr>
        <w:tc>
          <w:tcPr>
            <w:tcW w:w="572" w:type="dxa"/>
            <w:vAlign w:val="center"/>
          </w:tcPr>
          <w:p w:rsidR="0068783C" w:rsidRDefault="0068783C">
            <w:pPr>
              <w:jc w:val="center"/>
            </w:pPr>
            <w:r>
              <w:rPr>
                <w:sz w:val="16"/>
              </w:rPr>
              <w:t>9</w:t>
            </w:r>
          </w:p>
        </w:tc>
        <w:tc>
          <w:tcPr>
            <w:tcW w:w="3541" w:type="dxa"/>
            <w:vAlign w:val="center"/>
          </w:tcPr>
          <w:p w:rsidR="0068783C" w:rsidRDefault="0068783C" w:rsidP="004D6E0C">
            <w:pPr>
              <w:jc w:val="both"/>
            </w:pPr>
            <w:r>
              <w:rPr>
                <w:sz w:val="16"/>
              </w:rPr>
              <w:t>Tổ chức đối thoại, tiếp xúc, nắm bắt tâm tư, nguyện vọng của Nhân dân; công khai kết quả giải quyết ý kiến, kiến nghị thuộc thẩm quyền</w:t>
            </w:r>
          </w:p>
        </w:tc>
        <w:tc>
          <w:tcPr>
            <w:tcW w:w="1292" w:type="dxa"/>
            <w:vAlign w:val="center"/>
          </w:tcPr>
          <w:p w:rsidR="0068783C" w:rsidRDefault="0068783C">
            <w:pPr>
              <w:jc w:val="center"/>
            </w:pPr>
            <w:r>
              <w:rPr>
                <w:sz w:val="16"/>
              </w:rPr>
              <w:t>Thường trực Đảng ủy, UBND xã</w:t>
            </w:r>
          </w:p>
        </w:tc>
        <w:tc>
          <w:tcPr>
            <w:tcW w:w="1723" w:type="dxa"/>
            <w:vAlign w:val="center"/>
          </w:tcPr>
          <w:p w:rsidR="0068783C" w:rsidRDefault="0068783C">
            <w:pPr>
              <w:jc w:val="center"/>
            </w:pPr>
            <w:r>
              <w:rPr>
                <w:sz w:val="16"/>
              </w:rPr>
              <w:t>HĐND, MTTQ, Ban Xây dựng Đảng, các chi bộ</w:t>
            </w:r>
          </w:p>
        </w:tc>
        <w:tc>
          <w:tcPr>
            <w:tcW w:w="1208" w:type="dxa"/>
            <w:vAlign w:val="center"/>
          </w:tcPr>
          <w:p w:rsidR="0068783C" w:rsidRDefault="0068783C">
            <w:pPr>
              <w:jc w:val="center"/>
            </w:pPr>
            <w:r>
              <w:rPr>
                <w:sz w:val="16"/>
              </w:rPr>
              <w:t>Hằng năm và khi cần thiết</w:t>
            </w:r>
          </w:p>
        </w:tc>
        <w:tc>
          <w:tcPr>
            <w:tcW w:w="2296" w:type="dxa"/>
            <w:vAlign w:val="center"/>
          </w:tcPr>
          <w:p w:rsidR="0068783C" w:rsidRDefault="0068783C" w:rsidP="004D6E0C">
            <w:pPr>
              <w:jc w:val="both"/>
            </w:pPr>
            <w:r>
              <w:rPr>
                <w:sz w:val="16"/>
              </w:rPr>
              <w:t>Ý kiến, kiến nghị được tổng hợp, phân loại, chuyển xử lý và thông tin kết quả</w:t>
            </w:r>
          </w:p>
        </w:tc>
      </w:tr>
      <w:tr w:rsidR="0068783C" w:rsidTr="0068783C">
        <w:trPr>
          <w:trHeight w:val="741"/>
          <w:jc w:val="center"/>
        </w:trPr>
        <w:tc>
          <w:tcPr>
            <w:tcW w:w="572" w:type="dxa"/>
            <w:vAlign w:val="center"/>
          </w:tcPr>
          <w:p w:rsidR="0068783C" w:rsidRDefault="0068783C">
            <w:pPr>
              <w:jc w:val="center"/>
            </w:pPr>
            <w:r>
              <w:rPr>
                <w:sz w:val="16"/>
              </w:rPr>
              <w:t>10</w:t>
            </w:r>
          </w:p>
        </w:tc>
        <w:tc>
          <w:tcPr>
            <w:tcW w:w="3541" w:type="dxa"/>
            <w:vAlign w:val="center"/>
          </w:tcPr>
          <w:p w:rsidR="0068783C" w:rsidRDefault="0068783C" w:rsidP="004D6E0C">
            <w:pPr>
              <w:jc w:val="both"/>
            </w:pPr>
            <w:r>
              <w:rPr>
                <w:sz w:val="16"/>
              </w:rPr>
              <w:t>Phát huy vai trò bí thư chi bộ, trưởng bản, người có uy tín, cán bộ phụ trách địa bàn trong tuyên truyền, vận động, nắm bắt và định hướng tư tưởng Nhân dân</w:t>
            </w:r>
          </w:p>
        </w:tc>
        <w:tc>
          <w:tcPr>
            <w:tcW w:w="1292" w:type="dxa"/>
            <w:vAlign w:val="center"/>
          </w:tcPr>
          <w:p w:rsidR="0068783C" w:rsidRDefault="0068783C">
            <w:pPr>
              <w:jc w:val="center"/>
            </w:pPr>
            <w:r>
              <w:rPr>
                <w:sz w:val="16"/>
              </w:rPr>
              <w:t>Ban Xây dựng Đảng</w:t>
            </w:r>
          </w:p>
        </w:tc>
        <w:tc>
          <w:tcPr>
            <w:tcW w:w="1723" w:type="dxa"/>
            <w:vAlign w:val="center"/>
          </w:tcPr>
          <w:p w:rsidR="0068783C" w:rsidRDefault="0068783C">
            <w:pPr>
              <w:jc w:val="center"/>
            </w:pPr>
            <w:r>
              <w:rPr>
                <w:sz w:val="16"/>
              </w:rPr>
              <w:t>MTTQ, các đoàn thể, chi bộ</w:t>
            </w:r>
          </w:p>
        </w:tc>
        <w:tc>
          <w:tcPr>
            <w:tcW w:w="1208" w:type="dxa"/>
            <w:vAlign w:val="center"/>
          </w:tcPr>
          <w:p w:rsidR="0068783C" w:rsidRDefault="0068783C">
            <w:pPr>
              <w:jc w:val="center"/>
            </w:pPr>
            <w:r>
              <w:rPr>
                <w:sz w:val="16"/>
              </w:rPr>
              <w:t>Thường xuyên</w:t>
            </w:r>
          </w:p>
        </w:tc>
        <w:tc>
          <w:tcPr>
            <w:tcW w:w="2296" w:type="dxa"/>
            <w:vAlign w:val="center"/>
          </w:tcPr>
          <w:p w:rsidR="0068783C" w:rsidRDefault="0068783C" w:rsidP="004D6E0C">
            <w:pPr>
              <w:jc w:val="both"/>
            </w:pPr>
            <w:r>
              <w:rPr>
                <w:sz w:val="16"/>
              </w:rPr>
              <w:t>100% bản có lực lượng, đầu mối tham gia nắm bắt và tuyên truyền; thông tin phát sinh được phản ánh kịp thời</w:t>
            </w:r>
          </w:p>
        </w:tc>
      </w:tr>
      <w:tr w:rsidR="0068783C" w:rsidTr="0068783C">
        <w:trPr>
          <w:trHeight w:val="552"/>
          <w:jc w:val="center"/>
        </w:trPr>
        <w:tc>
          <w:tcPr>
            <w:tcW w:w="572" w:type="dxa"/>
            <w:vAlign w:val="center"/>
          </w:tcPr>
          <w:p w:rsidR="0068783C" w:rsidRDefault="0068783C">
            <w:pPr>
              <w:jc w:val="center"/>
            </w:pPr>
            <w:r>
              <w:rPr>
                <w:sz w:val="16"/>
              </w:rPr>
              <w:t>11</w:t>
            </w:r>
          </w:p>
        </w:tc>
        <w:tc>
          <w:tcPr>
            <w:tcW w:w="3541" w:type="dxa"/>
            <w:vAlign w:val="center"/>
          </w:tcPr>
          <w:p w:rsidR="0068783C" w:rsidRDefault="0068783C" w:rsidP="004D6E0C">
            <w:pPr>
              <w:jc w:val="both"/>
            </w:pPr>
            <w:r>
              <w:rPr>
                <w:sz w:val="16"/>
              </w:rPr>
              <w:t>Mỗi chi bộ lựa chọn ít nhất 03 nội dung thực hành theo Bác trong nhiệm kỳ, gắn nhiệm vụ chính trị, điểm nghẽn, hạn chế cần khắc phục</w:t>
            </w:r>
          </w:p>
        </w:tc>
        <w:tc>
          <w:tcPr>
            <w:tcW w:w="1292" w:type="dxa"/>
            <w:vAlign w:val="center"/>
          </w:tcPr>
          <w:p w:rsidR="0068783C" w:rsidRDefault="0068783C">
            <w:pPr>
              <w:jc w:val="center"/>
            </w:pPr>
            <w:r>
              <w:rPr>
                <w:sz w:val="16"/>
              </w:rPr>
              <w:t>Các chi, đảng bộ trực thuộc</w:t>
            </w:r>
          </w:p>
        </w:tc>
        <w:tc>
          <w:tcPr>
            <w:tcW w:w="1723" w:type="dxa"/>
            <w:vAlign w:val="center"/>
          </w:tcPr>
          <w:p w:rsidR="0068783C" w:rsidRDefault="0068783C">
            <w:pPr>
              <w:jc w:val="center"/>
            </w:pPr>
            <w:r>
              <w:rPr>
                <w:sz w:val="16"/>
              </w:rPr>
              <w:t>Ban Xây dựng Đảng</w:t>
            </w:r>
          </w:p>
        </w:tc>
        <w:tc>
          <w:tcPr>
            <w:tcW w:w="1208" w:type="dxa"/>
            <w:vAlign w:val="center"/>
          </w:tcPr>
          <w:p w:rsidR="0068783C" w:rsidRDefault="0068783C">
            <w:pPr>
              <w:jc w:val="center"/>
            </w:pPr>
            <w:r>
              <w:rPr>
                <w:sz w:val="16"/>
              </w:rPr>
              <w:t>2026-2030</w:t>
            </w:r>
          </w:p>
        </w:tc>
        <w:tc>
          <w:tcPr>
            <w:tcW w:w="2296" w:type="dxa"/>
            <w:vAlign w:val="center"/>
          </w:tcPr>
          <w:p w:rsidR="0068783C" w:rsidRDefault="0068783C" w:rsidP="004D6E0C">
            <w:pPr>
              <w:jc w:val="both"/>
            </w:pPr>
            <w:r>
              <w:rPr>
                <w:sz w:val="16"/>
              </w:rPr>
              <w:t>Danh mục nội dung thực hành; đánh giá kết quả hằng năm</w:t>
            </w:r>
          </w:p>
        </w:tc>
      </w:tr>
      <w:tr w:rsidR="0068783C" w:rsidTr="0068783C">
        <w:trPr>
          <w:trHeight w:val="552"/>
          <w:jc w:val="center"/>
        </w:trPr>
        <w:tc>
          <w:tcPr>
            <w:tcW w:w="572" w:type="dxa"/>
            <w:vAlign w:val="center"/>
          </w:tcPr>
          <w:p w:rsidR="0068783C" w:rsidRDefault="0068783C">
            <w:pPr>
              <w:jc w:val="center"/>
            </w:pPr>
            <w:r>
              <w:rPr>
                <w:sz w:val="16"/>
              </w:rPr>
              <w:t>12</w:t>
            </w:r>
          </w:p>
        </w:tc>
        <w:tc>
          <w:tcPr>
            <w:tcW w:w="3541" w:type="dxa"/>
            <w:vAlign w:val="center"/>
          </w:tcPr>
          <w:p w:rsidR="0068783C" w:rsidRDefault="0068783C" w:rsidP="0068783C">
            <w:pPr>
              <w:jc w:val="both"/>
            </w:pPr>
            <w:r>
              <w:rPr>
                <w:sz w:val="16"/>
              </w:rPr>
              <w:t>Cử cán bộ tham gia các lớp bồi dưỡng kỹ năng tuyên truyền, nắm bắt dư luận, nhận diện và kiểm chứng thông tin cho lực lượng làm công tác tư tưởng</w:t>
            </w:r>
          </w:p>
        </w:tc>
        <w:tc>
          <w:tcPr>
            <w:tcW w:w="1292" w:type="dxa"/>
            <w:vAlign w:val="center"/>
          </w:tcPr>
          <w:p w:rsidR="0068783C" w:rsidRDefault="0068783C">
            <w:pPr>
              <w:jc w:val="center"/>
            </w:pPr>
            <w:r>
              <w:rPr>
                <w:sz w:val="16"/>
              </w:rPr>
              <w:t>Ban Xây dựng Đảng</w:t>
            </w:r>
          </w:p>
        </w:tc>
        <w:tc>
          <w:tcPr>
            <w:tcW w:w="1723" w:type="dxa"/>
            <w:vAlign w:val="center"/>
          </w:tcPr>
          <w:p w:rsidR="0068783C" w:rsidRDefault="0068783C">
            <w:pPr>
              <w:jc w:val="center"/>
            </w:pPr>
            <w:r>
              <w:rPr>
                <w:sz w:val="16"/>
              </w:rPr>
              <w:t>Các cơ quan liên quan</w:t>
            </w:r>
          </w:p>
        </w:tc>
        <w:tc>
          <w:tcPr>
            <w:tcW w:w="1208" w:type="dxa"/>
            <w:vAlign w:val="center"/>
          </w:tcPr>
          <w:p w:rsidR="0068783C" w:rsidRDefault="0068783C">
            <w:pPr>
              <w:jc w:val="center"/>
            </w:pPr>
            <w:r>
              <w:rPr>
                <w:sz w:val="16"/>
              </w:rPr>
              <w:t>Hằng năm</w:t>
            </w:r>
          </w:p>
        </w:tc>
        <w:tc>
          <w:tcPr>
            <w:tcW w:w="2296" w:type="dxa"/>
            <w:vAlign w:val="center"/>
          </w:tcPr>
          <w:p w:rsidR="0068783C" w:rsidRDefault="0068783C" w:rsidP="004D6E0C">
            <w:pPr>
              <w:jc w:val="both"/>
            </w:pPr>
            <w:r>
              <w:rPr>
                <w:sz w:val="16"/>
              </w:rPr>
              <w:t>Lớp/tài liệu bồi dưỡng; lực lượng nòng cốt được cập nhật</w:t>
            </w:r>
          </w:p>
        </w:tc>
      </w:tr>
      <w:tr w:rsidR="0068783C" w:rsidTr="0068783C">
        <w:trPr>
          <w:trHeight w:val="539"/>
          <w:jc w:val="center"/>
        </w:trPr>
        <w:tc>
          <w:tcPr>
            <w:tcW w:w="572" w:type="dxa"/>
            <w:vAlign w:val="center"/>
          </w:tcPr>
          <w:p w:rsidR="0068783C" w:rsidRDefault="0068783C">
            <w:pPr>
              <w:jc w:val="center"/>
            </w:pPr>
            <w:r>
              <w:rPr>
                <w:sz w:val="16"/>
              </w:rPr>
              <w:t>13</w:t>
            </w:r>
          </w:p>
        </w:tc>
        <w:tc>
          <w:tcPr>
            <w:tcW w:w="3541" w:type="dxa"/>
            <w:vAlign w:val="center"/>
          </w:tcPr>
          <w:p w:rsidR="0068783C" w:rsidRDefault="0068783C" w:rsidP="004D6E0C">
            <w:pPr>
              <w:jc w:val="both"/>
            </w:pPr>
            <w:r>
              <w:rPr>
                <w:sz w:val="16"/>
              </w:rPr>
              <w:t>Giáo dục truyền thống cách mạng, lịch sử Đảng bộ, văn hóa các dân tộc; sưu tầm, cập nhật tư liệu địa phương</w:t>
            </w:r>
          </w:p>
        </w:tc>
        <w:tc>
          <w:tcPr>
            <w:tcW w:w="1292" w:type="dxa"/>
            <w:vAlign w:val="center"/>
          </w:tcPr>
          <w:p w:rsidR="0068783C" w:rsidRDefault="0068783C">
            <w:pPr>
              <w:jc w:val="center"/>
            </w:pPr>
            <w:r>
              <w:rPr>
                <w:sz w:val="16"/>
              </w:rPr>
              <w:t>Ban Xây dựng Đảng</w:t>
            </w:r>
          </w:p>
        </w:tc>
        <w:tc>
          <w:tcPr>
            <w:tcW w:w="1723" w:type="dxa"/>
            <w:vAlign w:val="center"/>
          </w:tcPr>
          <w:p w:rsidR="0068783C" w:rsidRDefault="0068783C">
            <w:pPr>
              <w:jc w:val="center"/>
            </w:pPr>
            <w:r>
              <w:rPr>
                <w:sz w:val="16"/>
              </w:rPr>
              <w:t>UBND, MTTQ, đoàn thể, trường học, chi bộ</w:t>
            </w:r>
          </w:p>
        </w:tc>
        <w:tc>
          <w:tcPr>
            <w:tcW w:w="1208" w:type="dxa"/>
            <w:vAlign w:val="center"/>
          </w:tcPr>
          <w:p w:rsidR="0068783C" w:rsidRDefault="0068783C">
            <w:pPr>
              <w:jc w:val="center"/>
            </w:pPr>
            <w:r>
              <w:rPr>
                <w:sz w:val="16"/>
              </w:rPr>
              <w:t>Hằng năm</w:t>
            </w:r>
          </w:p>
        </w:tc>
        <w:tc>
          <w:tcPr>
            <w:tcW w:w="2296" w:type="dxa"/>
            <w:vAlign w:val="center"/>
          </w:tcPr>
          <w:p w:rsidR="0068783C" w:rsidRDefault="0068783C" w:rsidP="004D6E0C">
            <w:pPr>
              <w:jc w:val="both"/>
            </w:pPr>
            <w:r>
              <w:rPr>
                <w:sz w:val="16"/>
              </w:rPr>
              <w:t>Chuyên đề/tài liệu/tư liệu phục vụ tuyên truyền</w:t>
            </w:r>
          </w:p>
        </w:tc>
      </w:tr>
      <w:tr w:rsidR="0068783C" w:rsidTr="0068783C">
        <w:trPr>
          <w:trHeight w:val="552"/>
          <w:jc w:val="center"/>
        </w:trPr>
        <w:tc>
          <w:tcPr>
            <w:tcW w:w="572" w:type="dxa"/>
            <w:vAlign w:val="center"/>
          </w:tcPr>
          <w:p w:rsidR="0068783C" w:rsidRDefault="0068783C">
            <w:pPr>
              <w:jc w:val="center"/>
            </w:pPr>
            <w:r>
              <w:rPr>
                <w:sz w:val="16"/>
              </w:rPr>
              <w:t>14</w:t>
            </w:r>
          </w:p>
        </w:tc>
        <w:tc>
          <w:tcPr>
            <w:tcW w:w="3541" w:type="dxa"/>
            <w:vAlign w:val="center"/>
          </w:tcPr>
          <w:p w:rsidR="0068783C" w:rsidRDefault="0068783C" w:rsidP="0068783C">
            <w:pPr>
              <w:jc w:val="both"/>
            </w:pPr>
            <w:r>
              <w:rPr>
                <w:sz w:val="16"/>
              </w:rPr>
              <w:t>Nghiên cứu biên soạn sản phẩm tuyên truyền ngắn gọn, dễ nhớ, dễ thực hiện; kết hợp họp bản, truyền thanh, bảng tin và nền tảng số</w:t>
            </w:r>
          </w:p>
        </w:tc>
        <w:tc>
          <w:tcPr>
            <w:tcW w:w="1292" w:type="dxa"/>
            <w:vAlign w:val="center"/>
          </w:tcPr>
          <w:p w:rsidR="0068783C" w:rsidRDefault="0068783C">
            <w:pPr>
              <w:jc w:val="center"/>
            </w:pPr>
            <w:r>
              <w:rPr>
                <w:sz w:val="16"/>
              </w:rPr>
              <w:t>Ban Xây dựng Đảng</w:t>
            </w:r>
          </w:p>
        </w:tc>
        <w:tc>
          <w:tcPr>
            <w:tcW w:w="1723" w:type="dxa"/>
            <w:vAlign w:val="center"/>
          </w:tcPr>
          <w:p w:rsidR="0068783C" w:rsidRDefault="0068783C">
            <w:pPr>
              <w:jc w:val="center"/>
            </w:pPr>
            <w:r>
              <w:rPr>
                <w:sz w:val="16"/>
              </w:rPr>
              <w:t>UBND, MTTQ, đoàn thể</w:t>
            </w:r>
          </w:p>
        </w:tc>
        <w:tc>
          <w:tcPr>
            <w:tcW w:w="1208" w:type="dxa"/>
            <w:vAlign w:val="center"/>
          </w:tcPr>
          <w:p w:rsidR="0068783C" w:rsidRDefault="0068783C">
            <w:pPr>
              <w:jc w:val="center"/>
            </w:pPr>
            <w:r>
              <w:rPr>
                <w:sz w:val="16"/>
              </w:rPr>
              <w:t>Thường xuyên</w:t>
            </w:r>
          </w:p>
        </w:tc>
        <w:tc>
          <w:tcPr>
            <w:tcW w:w="2296" w:type="dxa"/>
            <w:vAlign w:val="center"/>
          </w:tcPr>
          <w:p w:rsidR="0068783C" w:rsidRDefault="0068783C" w:rsidP="004D6E0C">
            <w:pPr>
              <w:jc w:val="both"/>
            </w:pPr>
            <w:r>
              <w:rPr>
                <w:sz w:val="16"/>
              </w:rPr>
              <w:t>Tin, bài, tài liệu, sản phẩm số phù hợp điều kiện xã</w:t>
            </w:r>
          </w:p>
        </w:tc>
      </w:tr>
      <w:tr w:rsidR="0068783C" w:rsidTr="0068783C">
        <w:trPr>
          <w:trHeight w:val="552"/>
          <w:jc w:val="center"/>
        </w:trPr>
        <w:tc>
          <w:tcPr>
            <w:tcW w:w="572" w:type="dxa"/>
            <w:vAlign w:val="center"/>
          </w:tcPr>
          <w:p w:rsidR="0068783C" w:rsidRDefault="0068783C">
            <w:pPr>
              <w:jc w:val="center"/>
            </w:pPr>
            <w:r>
              <w:rPr>
                <w:sz w:val="16"/>
              </w:rPr>
              <w:t>15</w:t>
            </w:r>
          </w:p>
        </w:tc>
        <w:tc>
          <w:tcPr>
            <w:tcW w:w="3541" w:type="dxa"/>
            <w:vAlign w:val="center"/>
          </w:tcPr>
          <w:p w:rsidR="0068783C" w:rsidRDefault="0068783C" w:rsidP="004D6E0C">
            <w:pPr>
              <w:jc w:val="both"/>
            </w:pPr>
            <w:r>
              <w:rPr>
                <w:sz w:val="16"/>
              </w:rPr>
              <w:t>Truyền thông chính sách đối với đất đai, dân tộc, an sinh, thủ tục hành chính, sinh kế, du lịch cộng đồng, môi trường</w:t>
            </w:r>
          </w:p>
        </w:tc>
        <w:tc>
          <w:tcPr>
            <w:tcW w:w="1292" w:type="dxa"/>
            <w:vAlign w:val="center"/>
          </w:tcPr>
          <w:p w:rsidR="0068783C" w:rsidRDefault="0068783C">
            <w:pPr>
              <w:jc w:val="center"/>
            </w:pPr>
            <w:r>
              <w:rPr>
                <w:sz w:val="16"/>
              </w:rPr>
              <w:t>UBND xã</w:t>
            </w:r>
          </w:p>
        </w:tc>
        <w:tc>
          <w:tcPr>
            <w:tcW w:w="1723" w:type="dxa"/>
            <w:vAlign w:val="center"/>
          </w:tcPr>
          <w:p w:rsidR="0068783C" w:rsidRDefault="0068783C">
            <w:pPr>
              <w:jc w:val="center"/>
            </w:pPr>
            <w:r>
              <w:rPr>
                <w:sz w:val="16"/>
              </w:rPr>
              <w:t>Ban Xây dựng Đảng, MTTQ, đoàn thể, chi bộ</w:t>
            </w:r>
          </w:p>
        </w:tc>
        <w:tc>
          <w:tcPr>
            <w:tcW w:w="1208" w:type="dxa"/>
            <w:vAlign w:val="center"/>
          </w:tcPr>
          <w:p w:rsidR="0068783C" w:rsidRDefault="0068783C">
            <w:pPr>
              <w:jc w:val="center"/>
            </w:pPr>
            <w:r>
              <w:rPr>
                <w:sz w:val="16"/>
              </w:rPr>
              <w:t>Thường xuyên</w:t>
            </w:r>
          </w:p>
        </w:tc>
        <w:tc>
          <w:tcPr>
            <w:tcW w:w="2296" w:type="dxa"/>
            <w:vAlign w:val="center"/>
          </w:tcPr>
          <w:p w:rsidR="0068783C" w:rsidRDefault="0068783C" w:rsidP="004D6E0C">
            <w:pPr>
              <w:jc w:val="both"/>
            </w:pPr>
            <w:r>
              <w:rPr>
                <w:sz w:val="16"/>
              </w:rPr>
              <w:t>Có nội dung, thông điệp, đầu mối cung cấp thông tin</w:t>
            </w:r>
          </w:p>
        </w:tc>
      </w:tr>
      <w:tr w:rsidR="0068783C" w:rsidTr="0068783C">
        <w:trPr>
          <w:trHeight w:val="917"/>
          <w:jc w:val="center"/>
        </w:trPr>
        <w:tc>
          <w:tcPr>
            <w:tcW w:w="572" w:type="dxa"/>
            <w:vAlign w:val="center"/>
          </w:tcPr>
          <w:p w:rsidR="0068783C" w:rsidRDefault="0068783C">
            <w:pPr>
              <w:jc w:val="center"/>
            </w:pPr>
            <w:r>
              <w:rPr>
                <w:sz w:val="16"/>
              </w:rPr>
              <w:t>16</w:t>
            </w:r>
          </w:p>
        </w:tc>
        <w:tc>
          <w:tcPr>
            <w:tcW w:w="3541" w:type="dxa"/>
            <w:vAlign w:val="center"/>
          </w:tcPr>
          <w:p w:rsidR="0068783C" w:rsidRDefault="0068783C" w:rsidP="004D6E0C">
            <w:pPr>
              <w:jc w:val="both"/>
            </w:pPr>
            <w:r>
              <w:rPr>
                <w:sz w:val="16"/>
              </w:rPr>
              <w:t>Thực hiện truyền thông chính sách từ sớm đối với các chủ trương, chính sách tác động trực tiếp đến Nhân dân; xác định rõ thông điệp, nhóm đối tượng và hình thức tuyên truyền</w:t>
            </w:r>
          </w:p>
        </w:tc>
        <w:tc>
          <w:tcPr>
            <w:tcW w:w="1292" w:type="dxa"/>
            <w:vAlign w:val="center"/>
          </w:tcPr>
          <w:p w:rsidR="0068783C" w:rsidRDefault="0068783C">
            <w:pPr>
              <w:jc w:val="center"/>
            </w:pPr>
            <w:r>
              <w:rPr>
                <w:sz w:val="16"/>
              </w:rPr>
              <w:t>UBND xã</w:t>
            </w:r>
          </w:p>
        </w:tc>
        <w:tc>
          <w:tcPr>
            <w:tcW w:w="1723" w:type="dxa"/>
            <w:vAlign w:val="center"/>
          </w:tcPr>
          <w:p w:rsidR="0068783C" w:rsidRDefault="0068783C">
            <w:pPr>
              <w:jc w:val="center"/>
            </w:pPr>
            <w:r>
              <w:rPr>
                <w:sz w:val="16"/>
              </w:rPr>
              <w:t>Ban Xây dựng Đảng, MTTQ, các đoàn thể, chi bộ</w:t>
            </w:r>
          </w:p>
        </w:tc>
        <w:tc>
          <w:tcPr>
            <w:tcW w:w="1208" w:type="dxa"/>
            <w:vAlign w:val="center"/>
          </w:tcPr>
          <w:p w:rsidR="0068783C" w:rsidRDefault="0068783C">
            <w:pPr>
              <w:jc w:val="center"/>
            </w:pPr>
            <w:r>
              <w:rPr>
                <w:sz w:val="16"/>
              </w:rPr>
              <w:t>Thường xuyên</w:t>
            </w:r>
          </w:p>
        </w:tc>
        <w:tc>
          <w:tcPr>
            <w:tcW w:w="2296" w:type="dxa"/>
            <w:vAlign w:val="center"/>
          </w:tcPr>
          <w:p w:rsidR="0068783C" w:rsidRDefault="0068783C" w:rsidP="004D6E0C">
            <w:pPr>
              <w:jc w:val="both"/>
            </w:pPr>
            <w:r>
              <w:rPr>
                <w:sz w:val="16"/>
              </w:rPr>
              <w:t>Có phương án/nội dung truyền thông đối với chính sách, nhiệm vụ quan trọng; thông tin được cung cấp kịp thời, thống nhất</w:t>
            </w:r>
          </w:p>
        </w:tc>
      </w:tr>
      <w:tr w:rsidR="0068783C" w:rsidTr="0068783C">
        <w:trPr>
          <w:trHeight w:val="741"/>
          <w:jc w:val="center"/>
        </w:trPr>
        <w:tc>
          <w:tcPr>
            <w:tcW w:w="572" w:type="dxa"/>
            <w:vAlign w:val="center"/>
          </w:tcPr>
          <w:p w:rsidR="0068783C" w:rsidRPr="0068783C" w:rsidRDefault="0068783C">
            <w:pPr>
              <w:jc w:val="center"/>
            </w:pPr>
            <w:r w:rsidRPr="0068783C">
              <w:rPr>
                <w:sz w:val="16"/>
              </w:rPr>
              <w:t>17</w:t>
            </w:r>
          </w:p>
        </w:tc>
        <w:tc>
          <w:tcPr>
            <w:tcW w:w="3541" w:type="dxa"/>
            <w:vAlign w:val="center"/>
          </w:tcPr>
          <w:p w:rsidR="0068783C" w:rsidRPr="0068783C" w:rsidRDefault="0068783C" w:rsidP="004D6E0C">
            <w:pPr>
              <w:jc w:val="both"/>
            </w:pPr>
            <w:r w:rsidRPr="0068783C">
              <w:rPr>
                <w:sz w:val="16"/>
              </w:rPr>
              <w:t>Bảo vệ nền tảng tư tưởng của Đảng, đấu tranh phản bác quan điểm sai trái, thù địch; bảo đảm an ninh tư tưởng</w:t>
            </w:r>
          </w:p>
        </w:tc>
        <w:tc>
          <w:tcPr>
            <w:tcW w:w="1292" w:type="dxa"/>
            <w:vAlign w:val="center"/>
          </w:tcPr>
          <w:p w:rsidR="0068783C" w:rsidRPr="0068783C" w:rsidRDefault="0068783C">
            <w:pPr>
              <w:jc w:val="center"/>
            </w:pPr>
            <w:r w:rsidRPr="0068783C">
              <w:rPr>
                <w:sz w:val="16"/>
              </w:rPr>
              <w:t>Ban Xây dựng Đảng, Công an xã</w:t>
            </w:r>
          </w:p>
        </w:tc>
        <w:tc>
          <w:tcPr>
            <w:tcW w:w="1723" w:type="dxa"/>
            <w:vAlign w:val="center"/>
          </w:tcPr>
          <w:p w:rsidR="0068783C" w:rsidRPr="0068783C" w:rsidRDefault="0068783C">
            <w:pPr>
              <w:jc w:val="center"/>
            </w:pPr>
            <w:r w:rsidRPr="0068783C">
              <w:rPr>
                <w:sz w:val="16"/>
              </w:rPr>
              <w:t>MTTQ, đoàn thể, chi bộ, lực lượng</w:t>
            </w:r>
            <w:r w:rsidR="00CE4C65">
              <w:rPr>
                <w:sz w:val="16"/>
              </w:rPr>
              <w:t xml:space="preserve"> quân đội và</w:t>
            </w:r>
            <w:r w:rsidRPr="0068783C">
              <w:rPr>
                <w:sz w:val="16"/>
              </w:rPr>
              <w:t xml:space="preserve"> liên quan</w:t>
            </w:r>
          </w:p>
        </w:tc>
        <w:tc>
          <w:tcPr>
            <w:tcW w:w="1208" w:type="dxa"/>
            <w:vAlign w:val="center"/>
          </w:tcPr>
          <w:p w:rsidR="0068783C" w:rsidRPr="0068783C" w:rsidRDefault="0068783C">
            <w:pPr>
              <w:jc w:val="center"/>
            </w:pPr>
            <w:r w:rsidRPr="0068783C">
              <w:rPr>
                <w:sz w:val="16"/>
              </w:rPr>
              <w:t>Thường xuyên</w:t>
            </w:r>
          </w:p>
        </w:tc>
        <w:tc>
          <w:tcPr>
            <w:tcW w:w="2296" w:type="dxa"/>
            <w:vAlign w:val="center"/>
          </w:tcPr>
          <w:p w:rsidR="0068783C" w:rsidRPr="0068783C" w:rsidRDefault="0068783C" w:rsidP="004D6E0C">
            <w:pPr>
              <w:jc w:val="both"/>
            </w:pPr>
            <w:r w:rsidRPr="0068783C">
              <w:rPr>
                <w:sz w:val="16"/>
              </w:rPr>
              <w:t>Thông tin sai lệch được nhận diện, báo cáo, định hướng/xử lý theo thẩm quyền</w:t>
            </w:r>
          </w:p>
        </w:tc>
      </w:tr>
      <w:tr w:rsidR="0068783C" w:rsidTr="0068783C">
        <w:trPr>
          <w:trHeight w:val="741"/>
          <w:jc w:val="center"/>
        </w:trPr>
        <w:tc>
          <w:tcPr>
            <w:tcW w:w="572" w:type="dxa"/>
            <w:vAlign w:val="center"/>
          </w:tcPr>
          <w:p w:rsidR="0068783C" w:rsidRDefault="0068783C">
            <w:pPr>
              <w:jc w:val="center"/>
            </w:pPr>
            <w:r>
              <w:rPr>
                <w:sz w:val="16"/>
              </w:rPr>
              <w:t>18</w:t>
            </w:r>
          </w:p>
        </w:tc>
        <w:tc>
          <w:tcPr>
            <w:tcW w:w="3541" w:type="dxa"/>
            <w:vAlign w:val="center"/>
          </w:tcPr>
          <w:p w:rsidR="0068783C" w:rsidRDefault="0068783C" w:rsidP="004D6E0C">
            <w:pPr>
              <w:jc w:val="both"/>
            </w:pPr>
            <w:r>
              <w:rPr>
                <w:sz w:val="16"/>
              </w:rPr>
              <w:t>Thực hiện nghiêm kỷ luật phát ngôn và trách nhiệm của cán bộ, đảng viên khi sử dụng mạng xã hội; không chia sẻ thông tin chưa kiểm chứng</w:t>
            </w:r>
          </w:p>
        </w:tc>
        <w:tc>
          <w:tcPr>
            <w:tcW w:w="1292" w:type="dxa"/>
            <w:vAlign w:val="center"/>
          </w:tcPr>
          <w:p w:rsidR="0068783C" w:rsidRDefault="0068783C">
            <w:pPr>
              <w:jc w:val="center"/>
            </w:pPr>
            <w:r>
              <w:rPr>
                <w:sz w:val="16"/>
              </w:rPr>
              <w:t>Ủy ban Kiểm tra Đảng ủy</w:t>
            </w:r>
          </w:p>
        </w:tc>
        <w:tc>
          <w:tcPr>
            <w:tcW w:w="1723" w:type="dxa"/>
            <w:vAlign w:val="center"/>
          </w:tcPr>
          <w:p w:rsidR="0068783C" w:rsidRDefault="0068783C">
            <w:pPr>
              <w:jc w:val="center"/>
            </w:pPr>
            <w:r>
              <w:rPr>
                <w:sz w:val="16"/>
              </w:rPr>
              <w:t>Ban Xây dựng Đảng, các chi</w:t>
            </w:r>
            <w:r w:rsidR="00CE4C65">
              <w:rPr>
                <w:sz w:val="16"/>
              </w:rPr>
              <w:t>, đảng</w:t>
            </w:r>
            <w:r>
              <w:rPr>
                <w:sz w:val="16"/>
              </w:rPr>
              <w:t xml:space="preserve"> bộ</w:t>
            </w:r>
          </w:p>
        </w:tc>
        <w:tc>
          <w:tcPr>
            <w:tcW w:w="1208" w:type="dxa"/>
            <w:vAlign w:val="center"/>
          </w:tcPr>
          <w:p w:rsidR="0068783C" w:rsidRDefault="0068783C">
            <w:pPr>
              <w:jc w:val="center"/>
            </w:pPr>
            <w:r>
              <w:rPr>
                <w:sz w:val="16"/>
              </w:rPr>
              <w:t>Thường xuyên</w:t>
            </w:r>
          </w:p>
        </w:tc>
        <w:tc>
          <w:tcPr>
            <w:tcW w:w="2296" w:type="dxa"/>
            <w:vAlign w:val="center"/>
          </w:tcPr>
          <w:p w:rsidR="0068783C" w:rsidRDefault="0068783C" w:rsidP="004D6E0C">
            <w:pPr>
              <w:jc w:val="both"/>
            </w:pPr>
            <w:r>
              <w:rPr>
                <w:sz w:val="16"/>
              </w:rPr>
              <w:t>Đưa vào kiểm tra, giám sát; kịp thời chấn chỉnh vi phạm</w:t>
            </w:r>
          </w:p>
        </w:tc>
      </w:tr>
      <w:tr w:rsidR="0068783C" w:rsidTr="0068783C">
        <w:trPr>
          <w:trHeight w:val="539"/>
          <w:jc w:val="center"/>
        </w:trPr>
        <w:tc>
          <w:tcPr>
            <w:tcW w:w="572" w:type="dxa"/>
            <w:vAlign w:val="center"/>
          </w:tcPr>
          <w:p w:rsidR="0068783C" w:rsidRDefault="0068783C">
            <w:pPr>
              <w:jc w:val="center"/>
            </w:pPr>
            <w:r>
              <w:rPr>
                <w:sz w:val="16"/>
              </w:rPr>
              <w:t>19</w:t>
            </w:r>
          </w:p>
        </w:tc>
        <w:tc>
          <w:tcPr>
            <w:tcW w:w="3541" w:type="dxa"/>
            <w:vAlign w:val="center"/>
          </w:tcPr>
          <w:p w:rsidR="0068783C" w:rsidRDefault="0068783C" w:rsidP="004D6E0C">
            <w:pPr>
              <w:jc w:val="both"/>
            </w:pPr>
            <w:r>
              <w:rPr>
                <w:sz w:val="16"/>
              </w:rPr>
              <w:t>Phát hiện, bồi dưỡng, biểu dương, nhân rộng điển hình trong học tập, thực hành theo Bác và vận động Nhân dân</w:t>
            </w:r>
          </w:p>
        </w:tc>
        <w:tc>
          <w:tcPr>
            <w:tcW w:w="1292" w:type="dxa"/>
            <w:vAlign w:val="center"/>
          </w:tcPr>
          <w:p w:rsidR="0068783C" w:rsidRDefault="0068783C">
            <w:pPr>
              <w:jc w:val="center"/>
            </w:pPr>
            <w:r>
              <w:rPr>
                <w:sz w:val="16"/>
              </w:rPr>
              <w:t>Ban Xây dựng Đảng</w:t>
            </w:r>
          </w:p>
        </w:tc>
        <w:tc>
          <w:tcPr>
            <w:tcW w:w="1723" w:type="dxa"/>
            <w:vAlign w:val="center"/>
          </w:tcPr>
          <w:p w:rsidR="0068783C" w:rsidRDefault="0068783C">
            <w:pPr>
              <w:jc w:val="center"/>
            </w:pPr>
            <w:r>
              <w:rPr>
                <w:sz w:val="16"/>
              </w:rPr>
              <w:t>MTTQ, đoàn thể, chi</w:t>
            </w:r>
            <w:r w:rsidR="00CE4C65">
              <w:rPr>
                <w:sz w:val="16"/>
              </w:rPr>
              <w:t>, đảng</w:t>
            </w:r>
            <w:r>
              <w:rPr>
                <w:sz w:val="16"/>
              </w:rPr>
              <w:t xml:space="preserve"> bộ</w:t>
            </w:r>
          </w:p>
        </w:tc>
        <w:tc>
          <w:tcPr>
            <w:tcW w:w="1208" w:type="dxa"/>
            <w:vAlign w:val="center"/>
          </w:tcPr>
          <w:p w:rsidR="0068783C" w:rsidRDefault="0068783C">
            <w:pPr>
              <w:jc w:val="center"/>
            </w:pPr>
            <w:r>
              <w:rPr>
                <w:sz w:val="16"/>
              </w:rPr>
              <w:t>Hằng năm</w:t>
            </w:r>
          </w:p>
        </w:tc>
        <w:tc>
          <w:tcPr>
            <w:tcW w:w="2296" w:type="dxa"/>
            <w:vAlign w:val="center"/>
          </w:tcPr>
          <w:p w:rsidR="0068783C" w:rsidRDefault="0068783C" w:rsidP="004D6E0C">
            <w:pPr>
              <w:jc w:val="both"/>
            </w:pPr>
            <w:r>
              <w:rPr>
                <w:sz w:val="16"/>
              </w:rPr>
              <w:t>Danh sách, hồ sơ, tin bài, biểu dương/nhân rộng</w:t>
            </w:r>
          </w:p>
        </w:tc>
      </w:tr>
      <w:tr w:rsidR="0068783C" w:rsidTr="0068783C">
        <w:trPr>
          <w:trHeight w:val="552"/>
          <w:jc w:val="center"/>
        </w:trPr>
        <w:tc>
          <w:tcPr>
            <w:tcW w:w="572" w:type="dxa"/>
            <w:vAlign w:val="center"/>
          </w:tcPr>
          <w:p w:rsidR="0068783C" w:rsidRDefault="0068783C">
            <w:pPr>
              <w:jc w:val="center"/>
            </w:pPr>
            <w:r>
              <w:rPr>
                <w:sz w:val="16"/>
              </w:rPr>
              <w:t>20</w:t>
            </w:r>
          </w:p>
        </w:tc>
        <w:tc>
          <w:tcPr>
            <w:tcW w:w="3541" w:type="dxa"/>
            <w:vAlign w:val="center"/>
          </w:tcPr>
          <w:p w:rsidR="0068783C" w:rsidRDefault="0068783C" w:rsidP="004D6E0C">
            <w:pPr>
              <w:jc w:val="both"/>
            </w:pPr>
            <w:r>
              <w:rPr>
                <w:sz w:val="16"/>
              </w:rPr>
              <w:t>Tăng cường công tác tư tưởng trong vùng đồng bào dân tộc thiểu số; phát huy người có uy tín, trưởng bản trong tuyên truyền</w:t>
            </w:r>
          </w:p>
        </w:tc>
        <w:tc>
          <w:tcPr>
            <w:tcW w:w="1292" w:type="dxa"/>
            <w:vAlign w:val="center"/>
          </w:tcPr>
          <w:p w:rsidR="0068783C" w:rsidRDefault="0068783C">
            <w:pPr>
              <w:jc w:val="center"/>
            </w:pPr>
            <w:r>
              <w:rPr>
                <w:sz w:val="16"/>
              </w:rPr>
              <w:t>MTTQ xã và các đoàn thể</w:t>
            </w:r>
          </w:p>
        </w:tc>
        <w:tc>
          <w:tcPr>
            <w:tcW w:w="1723" w:type="dxa"/>
            <w:vAlign w:val="center"/>
          </w:tcPr>
          <w:p w:rsidR="0068783C" w:rsidRDefault="0068783C">
            <w:pPr>
              <w:jc w:val="center"/>
            </w:pPr>
            <w:r>
              <w:rPr>
                <w:sz w:val="16"/>
              </w:rPr>
              <w:t>Ban Xây dựng Đả</w:t>
            </w:r>
            <w:r w:rsidR="00CE4C65">
              <w:rPr>
                <w:sz w:val="16"/>
              </w:rPr>
              <w:t xml:space="preserve">ng, chi, đảng </w:t>
            </w:r>
            <w:r>
              <w:rPr>
                <w:sz w:val="16"/>
              </w:rPr>
              <w:t>bộ</w:t>
            </w:r>
          </w:p>
        </w:tc>
        <w:tc>
          <w:tcPr>
            <w:tcW w:w="1208" w:type="dxa"/>
            <w:vAlign w:val="center"/>
          </w:tcPr>
          <w:p w:rsidR="0068783C" w:rsidRDefault="0068783C">
            <w:pPr>
              <w:jc w:val="center"/>
            </w:pPr>
            <w:r>
              <w:rPr>
                <w:sz w:val="16"/>
              </w:rPr>
              <w:t>Thường xuyên</w:t>
            </w:r>
          </w:p>
        </w:tc>
        <w:tc>
          <w:tcPr>
            <w:tcW w:w="2296" w:type="dxa"/>
            <w:vAlign w:val="center"/>
          </w:tcPr>
          <w:p w:rsidR="0068783C" w:rsidRDefault="0068783C" w:rsidP="004D6E0C">
            <w:pPr>
              <w:jc w:val="both"/>
            </w:pPr>
            <w:r>
              <w:rPr>
                <w:sz w:val="16"/>
              </w:rPr>
              <w:t>Nội dung phù hợp địa bàn, đối tượng; người có uy tín tham gia vận động</w:t>
            </w:r>
          </w:p>
        </w:tc>
      </w:tr>
      <w:tr w:rsidR="0068783C" w:rsidTr="0068783C">
        <w:trPr>
          <w:trHeight w:val="552"/>
          <w:jc w:val="center"/>
        </w:trPr>
        <w:tc>
          <w:tcPr>
            <w:tcW w:w="572" w:type="dxa"/>
            <w:vAlign w:val="center"/>
          </w:tcPr>
          <w:p w:rsidR="0068783C" w:rsidRDefault="0068783C" w:rsidP="0068783C">
            <w:pPr>
              <w:jc w:val="center"/>
            </w:pPr>
            <w:r>
              <w:rPr>
                <w:sz w:val="16"/>
              </w:rPr>
              <w:lastRenderedPageBreak/>
              <w:t>21</w:t>
            </w:r>
          </w:p>
        </w:tc>
        <w:tc>
          <w:tcPr>
            <w:tcW w:w="3541" w:type="dxa"/>
            <w:vAlign w:val="center"/>
          </w:tcPr>
          <w:p w:rsidR="0068783C" w:rsidRDefault="0068783C" w:rsidP="004D6E0C">
            <w:pPr>
              <w:jc w:val="both"/>
            </w:pPr>
            <w:r>
              <w:rPr>
                <w:sz w:val="16"/>
              </w:rPr>
              <w:t>Xây dựng, lan tỏa thông tin tích cực về kết quả phát triển kinh tế - xã hội, giảm nghèo, bảo tồn văn hóa, phát triển du lịch cộng đồng, bảo vệ môi trường; phát hiện, giới thiệu gương người tốt, việc tốt ở các bản</w:t>
            </w:r>
          </w:p>
        </w:tc>
        <w:tc>
          <w:tcPr>
            <w:tcW w:w="1292" w:type="dxa"/>
            <w:vAlign w:val="center"/>
          </w:tcPr>
          <w:p w:rsidR="0068783C" w:rsidRDefault="0068783C">
            <w:pPr>
              <w:jc w:val="center"/>
            </w:pPr>
            <w:r>
              <w:rPr>
                <w:sz w:val="16"/>
              </w:rPr>
              <w:t>Ban Xây dựng Đảng</w:t>
            </w:r>
          </w:p>
        </w:tc>
        <w:tc>
          <w:tcPr>
            <w:tcW w:w="1723" w:type="dxa"/>
            <w:vAlign w:val="center"/>
          </w:tcPr>
          <w:p w:rsidR="0068783C" w:rsidRDefault="0068783C">
            <w:pPr>
              <w:jc w:val="center"/>
            </w:pPr>
            <w:r>
              <w:rPr>
                <w:sz w:val="16"/>
              </w:rPr>
              <w:t>UBND, MTTQ, đoàn thể, các chi</w:t>
            </w:r>
            <w:r w:rsidR="00CE4C65">
              <w:rPr>
                <w:sz w:val="16"/>
              </w:rPr>
              <w:t>, đảng</w:t>
            </w:r>
            <w:r>
              <w:rPr>
                <w:sz w:val="16"/>
              </w:rPr>
              <w:t xml:space="preserve"> bộ</w:t>
            </w:r>
          </w:p>
        </w:tc>
        <w:tc>
          <w:tcPr>
            <w:tcW w:w="1208" w:type="dxa"/>
            <w:vAlign w:val="center"/>
          </w:tcPr>
          <w:p w:rsidR="0068783C" w:rsidRDefault="0068783C">
            <w:pPr>
              <w:jc w:val="center"/>
            </w:pPr>
            <w:r>
              <w:rPr>
                <w:sz w:val="16"/>
              </w:rPr>
              <w:t>Thường xuyên</w:t>
            </w:r>
          </w:p>
        </w:tc>
        <w:tc>
          <w:tcPr>
            <w:tcW w:w="2296" w:type="dxa"/>
            <w:vAlign w:val="center"/>
          </w:tcPr>
          <w:p w:rsidR="0068783C" w:rsidRDefault="0068783C" w:rsidP="004D6E0C">
            <w:pPr>
              <w:jc w:val="both"/>
            </w:pPr>
            <w:r>
              <w:rPr>
                <w:sz w:val="16"/>
              </w:rPr>
              <w:t>Tin, bài, hình ảnh, sản phẩm số; hằng năm lựa chọn, giới thiệu các mô hình, điển hình tiêu biểu</w:t>
            </w:r>
          </w:p>
        </w:tc>
      </w:tr>
      <w:tr w:rsidR="0068783C" w:rsidTr="0068783C">
        <w:trPr>
          <w:trHeight w:val="143"/>
          <w:jc w:val="center"/>
        </w:trPr>
        <w:tc>
          <w:tcPr>
            <w:tcW w:w="572" w:type="dxa"/>
            <w:vAlign w:val="center"/>
          </w:tcPr>
          <w:p w:rsidR="0068783C" w:rsidRDefault="0068783C" w:rsidP="00CE4C65">
            <w:pPr>
              <w:jc w:val="center"/>
            </w:pPr>
            <w:r>
              <w:rPr>
                <w:sz w:val="16"/>
              </w:rPr>
              <w:t>2</w:t>
            </w:r>
            <w:r w:rsidR="00CE4C65">
              <w:rPr>
                <w:sz w:val="16"/>
              </w:rPr>
              <w:t>2</w:t>
            </w:r>
          </w:p>
        </w:tc>
        <w:tc>
          <w:tcPr>
            <w:tcW w:w="3541" w:type="dxa"/>
            <w:vAlign w:val="center"/>
          </w:tcPr>
          <w:p w:rsidR="0068783C" w:rsidRDefault="0068783C" w:rsidP="004D6E0C">
            <w:pPr>
              <w:jc w:val="both"/>
            </w:pPr>
            <w:r>
              <w:rPr>
                <w:sz w:val="16"/>
              </w:rPr>
              <w:t>Tuyên truyền, giáo dục về chủ quyền quốc gia, biên giới, quy chế khu vực biên giới; nâng cao ý thức chấp hành pháp luật, giữ gìn an ninh, trật tự và xây dựng thế trận lòng dân</w:t>
            </w:r>
          </w:p>
        </w:tc>
        <w:tc>
          <w:tcPr>
            <w:tcW w:w="1292" w:type="dxa"/>
            <w:vAlign w:val="center"/>
          </w:tcPr>
          <w:p w:rsidR="0068783C" w:rsidRDefault="0068783C">
            <w:pPr>
              <w:jc w:val="center"/>
            </w:pPr>
            <w:r>
              <w:rPr>
                <w:sz w:val="16"/>
              </w:rPr>
              <w:t>Ban Xây dựng Đảng</w:t>
            </w:r>
          </w:p>
        </w:tc>
        <w:tc>
          <w:tcPr>
            <w:tcW w:w="1723" w:type="dxa"/>
            <w:vAlign w:val="center"/>
          </w:tcPr>
          <w:p w:rsidR="0068783C" w:rsidRDefault="0068783C">
            <w:pPr>
              <w:jc w:val="center"/>
            </w:pPr>
            <w:r>
              <w:rPr>
                <w:sz w:val="16"/>
              </w:rPr>
              <w:t>Công an xã, Ban CHQS xã, lực lượng Biên phòng, MTTQ, đoàn thể, các chi bộ</w:t>
            </w:r>
          </w:p>
        </w:tc>
        <w:tc>
          <w:tcPr>
            <w:tcW w:w="1208" w:type="dxa"/>
            <w:vAlign w:val="center"/>
          </w:tcPr>
          <w:p w:rsidR="0068783C" w:rsidRDefault="0068783C">
            <w:pPr>
              <w:jc w:val="center"/>
            </w:pPr>
            <w:r>
              <w:rPr>
                <w:sz w:val="16"/>
              </w:rPr>
              <w:t>Thường xuyên</w:t>
            </w:r>
          </w:p>
        </w:tc>
        <w:tc>
          <w:tcPr>
            <w:tcW w:w="2296" w:type="dxa"/>
            <w:vAlign w:val="center"/>
          </w:tcPr>
          <w:p w:rsidR="0068783C" w:rsidRDefault="0068783C" w:rsidP="004D6E0C">
            <w:pPr>
              <w:jc w:val="both"/>
            </w:pPr>
            <w:r>
              <w:rPr>
                <w:sz w:val="16"/>
              </w:rPr>
              <w:t>Nội dung tuyên truyền được lồng ghép trong sinh hoạt chi bộ, họp bản, sinh hoạt đoàn thể; Nhân dân được cung cấp thông tin chính thống</w:t>
            </w:r>
          </w:p>
        </w:tc>
      </w:tr>
      <w:tr w:rsidR="0068783C" w:rsidTr="0068783C">
        <w:trPr>
          <w:trHeight w:val="143"/>
          <w:jc w:val="center"/>
        </w:trPr>
        <w:tc>
          <w:tcPr>
            <w:tcW w:w="572" w:type="dxa"/>
            <w:vAlign w:val="center"/>
          </w:tcPr>
          <w:p w:rsidR="0068783C" w:rsidRDefault="0068783C" w:rsidP="00CE4C65">
            <w:pPr>
              <w:jc w:val="center"/>
            </w:pPr>
            <w:r>
              <w:rPr>
                <w:sz w:val="16"/>
              </w:rPr>
              <w:t>2</w:t>
            </w:r>
            <w:r w:rsidR="00CE4C65">
              <w:rPr>
                <w:sz w:val="16"/>
              </w:rPr>
              <w:t>3</w:t>
            </w:r>
          </w:p>
        </w:tc>
        <w:tc>
          <w:tcPr>
            <w:tcW w:w="3541" w:type="dxa"/>
            <w:vAlign w:val="center"/>
          </w:tcPr>
          <w:p w:rsidR="0068783C" w:rsidRDefault="0068783C" w:rsidP="004D6E0C">
            <w:pPr>
              <w:jc w:val="both"/>
            </w:pPr>
            <w:r>
              <w:rPr>
                <w:sz w:val="16"/>
              </w:rPr>
              <w:t>Rà soát, phân công, bồi dưỡng đội ngũ làm công tác tư tưởng, báo cáo viên, tuyên truyền viên và đầu mối thông tin cơ sở</w:t>
            </w:r>
          </w:p>
        </w:tc>
        <w:tc>
          <w:tcPr>
            <w:tcW w:w="1292" w:type="dxa"/>
            <w:vAlign w:val="center"/>
          </w:tcPr>
          <w:p w:rsidR="0068783C" w:rsidRDefault="0068783C">
            <w:pPr>
              <w:jc w:val="center"/>
            </w:pPr>
            <w:r>
              <w:rPr>
                <w:sz w:val="16"/>
              </w:rPr>
              <w:t>Ban Xây dựng Đảng</w:t>
            </w:r>
          </w:p>
        </w:tc>
        <w:tc>
          <w:tcPr>
            <w:tcW w:w="1723" w:type="dxa"/>
            <w:vAlign w:val="center"/>
          </w:tcPr>
          <w:p w:rsidR="0068783C" w:rsidRDefault="0068783C">
            <w:pPr>
              <w:jc w:val="center"/>
            </w:pPr>
            <w:r>
              <w:rPr>
                <w:sz w:val="16"/>
              </w:rPr>
              <w:t>Chi bộ, UBND, MTTQ, đoàn thể</w:t>
            </w:r>
          </w:p>
        </w:tc>
        <w:tc>
          <w:tcPr>
            <w:tcW w:w="1208" w:type="dxa"/>
            <w:vAlign w:val="center"/>
          </w:tcPr>
          <w:p w:rsidR="0068783C" w:rsidRDefault="0068783C">
            <w:pPr>
              <w:jc w:val="center"/>
            </w:pPr>
            <w:r>
              <w:rPr>
                <w:sz w:val="16"/>
              </w:rPr>
              <w:t>Hằng năm</w:t>
            </w:r>
          </w:p>
        </w:tc>
        <w:tc>
          <w:tcPr>
            <w:tcW w:w="2296" w:type="dxa"/>
            <w:vAlign w:val="center"/>
          </w:tcPr>
          <w:p w:rsidR="0068783C" w:rsidRDefault="0068783C" w:rsidP="004D6E0C">
            <w:pPr>
              <w:jc w:val="both"/>
            </w:pPr>
            <w:r>
              <w:rPr>
                <w:sz w:val="16"/>
              </w:rPr>
              <w:t>Danh sách phân công; kế hoạch/tài liệu bồi dưỡng</w:t>
            </w:r>
          </w:p>
        </w:tc>
      </w:tr>
      <w:tr w:rsidR="0068783C" w:rsidTr="0068783C">
        <w:trPr>
          <w:trHeight w:val="143"/>
          <w:jc w:val="center"/>
        </w:trPr>
        <w:tc>
          <w:tcPr>
            <w:tcW w:w="572" w:type="dxa"/>
            <w:vAlign w:val="center"/>
          </w:tcPr>
          <w:p w:rsidR="0068783C" w:rsidRDefault="0068783C" w:rsidP="00CE4C65">
            <w:pPr>
              <w:jc w:val="center"/>
            </w:pPr>
            <w:r>
              <w:rPr>
                <w:sz w:val="16"/>
              </w:rPr>
              <w:t>2</w:t>
            </w:r>
            <w:r w:rsidR="00CE4C65">
              <w:rPr>
                <w:sz w:val="16"/>
              </w:rPr>
              <w:t>4</w:t>
            </w:r>
          </w:p>
        </w:tc>
        <w:tc>
          <w:tcPr>
            <w:tcW w:w="3541" w:type="dxa"/>
            <w:vAlign w:val="center"/>
          </w:tcPr>
          <w:p w:rsidR="0068783C" w:rsidRDefault="0068783C" w:rsidP="004D6E0C">
            <w:pPr>
              <w:jc w:val="both"/>
            </w:pPr>
            <w:r>
              <w:rPr>
                <w:sz w:val="16"/>
              </w:rPr>
              <w:t>Từng bước số hóa, lưu trữ, cập nhật tư liệu, sản phẩm tuyên truyền và kết quả nắm bắt dư luận phục vụ chỉ đạo</w:t>
            </w:r>
          </w:p>
        </w:tc>
        <w:tc>
          <w:tcPr>
            <w:tcW w:w="1292" w:type="dxa"/>
            <w:vAlign w:val="center"/>
          </w:tcPr>
          <w:p w:rsidR="0068783C" w:rsidRDefault="0068783C">
            <w:pPr>
              <w:jc w:val="center"/>
            </w:pPr>
            <w:r>
              <w:rPr>
                <w:sz w:val="16"/>
              </w:rPr>
              <w:t>Ban Xây dựng Đảng</w:t>
            </w:r>
          </w:p>
        </w:tc>
        <w:tc>
          <w:tcPr>
            <w:tcW w:w="1723" w:type="dxa"/>
            <w:vAlign w:val="center"/>
          </w:tcPr>
          <w:p w:rsidR="0068783C" w:rsidRDefault="0068783C">
            <w:pPr>
              <w:jc w:val="center"/>
            </w:pPr>
            <w:r>
              <w:rPr>
                <w:sz w:val="16"/>
              </w:rPr>
              <w:t>Văn phòng Đảng ủy, UBND xã</w:t>
            </w:r>
          </w:p>
        </w:tc>
        <w:tc>
          <w:tcPr>
            <w:tcW w:w="1208" w:type="dxa"/>
            <w:vAlign w:val="center"/>
          </w:tcPr>
          <w:p w:rsidR="0068783C" w:rsidRDefault="0068783C">
            <w:pPr>
              <w:jc w:val="center"/>
            </w:pPr>
            <w:r>
              <w:rPr>
                <w:sz w:val="16"/>
              </w:rPr>
              <w:t>2026-2030</w:t>
            </w:r>
          </w:p>
        </w:tc>
        <w:tc>
          <w:tcPr>
            <w:tcW w:w="2296" w:type="dxa"/>
            <w:vAlign w:val="center"/>
          </w:tcPr>
          <w:p w:rsidR="0068783C" w:rsidRDefault="0068783C" w:rsidP="004D6E0C">
            <w:pPr>
              <w:jc w:val="both"/>
            </w:pPr>
            <w:r>
              <w:rPr>
                <w:sz w:val="16"/>
              </w:rPr>
              <w:t>Kho dữ liệu/hồ sơ dùng chung theo thẩm quyền</w:t>
            </w:r>
          </w:p>
        </w:tc>
      </w:tr>
      <w:tr w:rsidR="0068783C" w:rsidTr="0068783C">
        <w:trPr>
          <w:trHeight w:val="143"/>
          <w:jc w:val="center"/>
        </w:trPr>
        <w:tc>
          <w:tcPr>
            <w:tcW w:w="572" w:type="dxa"/>
            <w:vAlign w:val="center"/>
          </w:tcPr>
          <w:p w:rsidR="0068783C" w:rsidRDefault="0068783C" w:rsidP="00CE4C65">
            <w:pPr>
              <w:jc w:val="center"/>
            </w:pPr>
            <w:r>
              <w:rPr>
                <w:sz w:val="16"/>
              </w:rPr>
              <w:t>2</w:t>
            </w:r>
            <w:r w:rsidR="00CE4C65">
              <w:rPr>
                <w:sz w:val="16"/>
              </w:rPr>
              <w:t>5</w:t>
            </w:r>
          </w:p>
        </w:tc>
        <w:tc>
          <w:tcPr>
            <w:tcW w:w="3541" w:type="dxa"/>
            <w:vAlign w:val="center"/>
          </w:tcPr>
          <w:p w:rsidR="0068783C" w:rsidRDefault="0068783C" w:rsidP="004D6E0C">
            <w:pPr>
              <w:jc w:val="both"/>
            </w:pPr>
            <w:r>
              <w:rPr>
                <w:sz w:val="16"/>
              </w:rPr>
              <w:t>Từng bước nâng cấp, số hóa hệ thống truyền thanh, thông tin cơ sở; tăng cường cung cấp thông tin phù hợp với đặc điểm địa bàn, đối tượng và điều kiện tiếp cận thông tin của Nhân dân</w:t>
            </w:r>
          </w:p>
        </w:tc>
        <w:tc>
          <w:tcPr>
            <w:tcW w:w="1292" w:type="dxa"/>
            <w:vAlign w:val="center"/>
          </w:tcPr>
          <w:p w:rsidR="0068783C" w:rsidRDefault="0068783C">
            <w:pPr>
              <w:jc w:val="center"/>
            </w:pPr>
            <w:r>
              <w:rPr>
                <w:sz w:val="16"/>
              </w:rPr>
              <w:t>UBND xã</w:t>
            </w:r>
          </w:p>
        </w:tc>
        <w:tc>
          <w:tcPr>
            <w:tcW w:w="1723" w:type="dxa"/>
            <w:vAlign w:val="center"/>
          </w:tcPr>
          <w:p w:rsidR="0068783C" w:rsidRDefault="0068783C">
            <w:pPr>
              <w:jc w:val="center"/>
            </w:pPr>
            <w:r>
              <w:rPr>
                <w:sz w:val="16"/>
              </w:rPr>
              <w:t>Ban Xây dựng Đảng, Văn phòng Đảng ủy, các chi bộ</w:t>
            </w:r>
          </w:p>
        </w:tc>
        <w:tc>
          <w:tcPr>
            <w:tcW w:w="1208" w:type="dxa"/>
            <w:vAlign w:val="center"/>
          </w:tcPr>
          <w:p w:rsidR="0068783C" w:rsidRDefault="0068783C">
            <w:pPr>
              <w:jc w:val="center"/>
            </w:pPr>
            <w:r>
              <w:rPr>
                <w:sz w:val="16"/>
              </w:rPr>
              <w:t>2026-2030</w:t>
            </w:r>
          </w:p>
        </w:tc>
        <w:tc>
          <w:tcPr>
            <w:tcW w:w="2296" w:type="dxa"/>
            <w:vAlign w:val="center"/>
          </w:tcPr>
          <w:p w:rsidR="0068783C" w:rsidRDefault="0068783C" w:rsidP="004D6E0C">
            <w:pPr>
              <w:jc w:val="both"/>
            </w:pPr>
            <w:r>
              <w:rPr>
                <w:sz w:val="16"/>
              </w:rPr>
              <w:t>Hệ thống truyền thanh, thông tin cơ sở được rà soát, nâng cấp theo khả năng nguồn lực; thông tin được cung cấp kịp thời, thống nhất</w:t>
            </w:r>
          </w:p>
        </w:tc>
      </w:tr>
      <w:tr w:rsidR="0068783C" w:rsidTr="0068783C">
        <w:trPr>
          <w:trHeight w:val="143"/>
          <w:jc w:val="center"/>
        </w:trPr>
        <w:tc>
          <w:tcPr>
            <w:tcW w:w="572" w:type="dxa"/>
            <w:vAlign w:val="center"/>
          </w:tcPr>
          <w:p w:rsidR="0068783C" w:rsidRDefault="0068783C" w:rsidP="00CE4C65">
            <w:pPr>
              <w:jc w:val="center"/>
            </w:pPr>
            <w:r>
              <w:rPr>
                <w:sz w:val="16"/>
              </w:rPr>
              <w:t>2</w:t>
            </w:r>
            <w:r w:rsidR="00CE4C65">
              <w:rPr>
                <w:sz w:val="16"/>
              </w:rPr>
              <w:t>6</w:t>
            </w:r>
          </w:p>
        </w:tc>
        <w:tc>
          <w:tcPr>
            <w:tcW w:w="3541" w:type="dxa"/>
            <w:vAlign w:val="center"/>
          </w:tcPr>
          <w:p w:rsidR="0068783C" w:rsidRDefault="0068783C" w:rsidP="004D6E0C">
            <w:pPr>
              <w:jc w:val="both"/>
            </w:pPr>
            <w:r>
              <w:rPr>
                <w:sz w:val="16"/>
              </w:rPr>
              <w:t>Đưa nội dung thực hiện Nghị quyết 25-NQ/TW, Quy định 19-QĐ/TW và Kế hoạch này vào chương trình kiểm tra, giám sát; sơ kết, đánh giá kết quả</w:t>
            </w:r>
          </w:p>
        </w:tc>
        <w:tc>
          <w:tcPr>
            <w:tcW w:w="1292" w:type="dxa"/>
            <w:vAlign w:val="center"/>
          </w:tcPr>
          <w:p w:rsidR="0068783C" w:rsidRDefault="0068783C">
            <w:pPr>
              <w:jc w:val="center"/>
            </w:pPr>
            <w:r>
              <w:rPr>
                <w:sz w:val="16"/>
              </w:rPr>
              <w:t>UBKT Đảng ủy; Ban Xây dựng Đảng</w:t>
            </w:r>
          </w:p>
        </w:tc>
        <w:tc>
          <w:tcPr>
            <w:tcW w:w="1723" w:type="dxa"/>
            <w:vAlign w:val="center"/>
          </w:tcPr>
          <w:p w:rsidR="0068783C" w:rsidRDefault="0068783C">
            <w:pPr>
              <w:jc w:val="center"/>
            </w:pPr>
            <w:r>
              <w:rPr>
                <w:sz w:val="16"/>
              </w:rPr>
              <w:t>Các chi bộ, Văn phòng Đảng ủy</w:t>
            </w:r>
          </w:p>
        </w:tc>
        <w:tc>
          <w:tcPr>
            <w:tcW w:w="1208" w:type="dxa"/>
            <w:vAlign w:val="center"/>
          </w:tcPr>
          <w:p w:rsidR="0068783C" w:rsidRDefault="0068783C">
            <w:pPr>
              <w:jc w:val="center"/>
            </w:pPr>
            <w:r>
              <w:rPr>
                <w:sz w:val="16"/>
              </w:rPr>
              <w:t>Hằng năm/theo hướng dẫn cấp trên</w:t>
            </w:r>
          </w:p>
        </w:tc>
        <w:tc>
          <w:tcPr>
            <w:tcW w:w="2296" w:type="dxa"/>
            <w:vAlign w:val="center"/>
          </w:tcPr>
          <w:p w:rsidR="0068783C" w:rsidRDefault="0068783C" w:rsidP="004D6E0C">
            <w:pPr>
              <w:jc w:val="both"/>
            </w:pPr>
            <w:r>
              <w:rPr>
                <w:sz w:val="16"/>
              </w:rPr>
              <w:t>Chương trình kiểm tra, báo cáo sơ kết/tổng kết, đề xuất điều chỉnh</w:t>
            </w:r>
          </w:p>
        </w:tc>
      </w:tr>
      <w:tr w:rsidR="0068783C" w:rsidTr="0068783C">
        <w:trPr>
          <w:trHeight w:val="143"/>
          <w:jc w:val="center"/>
        </w:trPr>
        <w:tc>
          <w:tcPr>
            <w:tcW w:w="572" w:type="dxa"/>
            <w:vAlign w:val="center"/>
          </w:tcPr>
          <w:p w:rsidR="0068783C" w:rsidRDefault="0068783C" w:rsidP="00CE4C65">
            <w:pPr>
              <w:jc w:val="center"/>
            </w:pPr>
            <w:r>
              <w:rPr>
                <w:sz w:val="16"/>
              </w:rPr>
              <w:t>2</w:t>
            </w:r>
            <w:r w:rsidR="00CE4C65">
              <w:rPr>
                <w:sz w:val="16"/>
              </w:rPr>
              <w:t>7</w:t>
            </w:r>
          </w:p>
        </w:tc>
        <w:tc>
          <w:tcPr>
            <w:tcW w:w="3541" w:type="dxa"/>
            <w:vAlign w:val="center"/>
          </w:tcPr>
          <w:p w:rsidR="0068783C" w:rsidRDefault="0068783C" w:rsidP="004D6E0C">
            <w:pPr>
              <w:jc w:val="both"/>
            </w:pPr>
            <w:r>
              <w:rPr>
                <w:sz w:val="16"/>
              </w:rPr>
              <w:t>Tổ chức kiểm tra, giám sát việc lãnh đạo, chỉ đạo công tác tư tưởng; việc nắm tình hình tư tưởng, dư luận xã hội; trách nhiệm nêu gương, kỷ luật phát ngôn và giải quyết vấn đề phát sinh từ cơ sở</w:t>
            </w:r>
          </w:p>
        </w:tc>
        <w:tc>
          <w:tcPr>
            <w:tcW w:w="1292" w:type="dxa"/>
            <w:vAlign w:val="center"/>
          </w:tcPr>
          <w:p w:rsidR="0068783C" w:rsidRDefault="0068783C">
            <w:pPr>
              <w:jc w:val="center"/>
            </w:pPr>
            <w:r>
              <w:rPr>
                <w:sz w:val="16"/>
              </w:rPr>
              <w:t>Ủy ban Kiểm tra Đảng ủy</w:t>
            </w:r>
          </w:p>
        </w:tc>
        <w:tc>
          <w:tcPr>
            <w:tcW w:w="1723" w:type="dxa"/>
            <w:vAlign w:val="center"/>
          </w:tcPr>
          <w:p w:rsidR="0068783C" w:rsidRDefault="0068783C">
            <w:pPr>
              <w:jc w:val="center"/>
            </w:pPr>
            <w:r>
              <w:rPr>
                <w:sz w:val="16"/>
              </w:rPr>
              <w:t>Ban Xây dựng Đảng, Văn phòng Đảng ủy, các chi bộ</w:t>
            </w:r>
          </w:p>
        </w:tc>
        <w:tc>
          <w:tcPr>
            <w:tcW w:w="1208" w:type="dxa"/>
            <w:vAlign w:val="center"/>
          </w:tcPr>
          <w:p w:rsidR="0068783C" w:rsidRDefault="0068783C">
            <w:pPr>
              <w:jc w:val="center"/>
            </w:pPr>
            <w:r>
              <w:rPr>
                <w:sz w:val="16"/>
              </w:rPr>
              <w:t>Hằng năm và theo chương trình kiểm tra, giám sát</w:t>
            </w:r>
          </w:p>
        </w:tc>
        <w:tc>
          <w:tcPr>
            <w:tcW w:w="2296" w:type="dxa"/>
            <w:vAlign w:val="center"/>
          </w:tcPr>
          <w:p w:rsidR="0068783C" w:rsidRDefault="0068783C" w:rsidP="004D6E0C">
            <w:pPr>
              <w:jc w:val="both"/>
            </w:pPr>
            <w:r>
              <w:rPr>
                <w:sz w:val="16"/>
              </w:rPr>
              <w:t>Nội dung công tác tư tưởng được kiểm tra, giám sát; có kết luận, kiến nghị chấn chỉnh, khắc phục</w:t>
            </w:r>
          </w:p>
        </w:tc>
      </w:tr>
      <w:tr w:rsidR="0068783C" w:rsidTr="0068783C">
        <w:trPr>
          <w:trHeight w:val="741"/>
          <w:jc w:val="center"/>
        </w:trPr>
        <w:tc>
          <w:tcPr>
            <w:tcW w:w="572" w:type="dxa"/>
            <w:vAlign w:val="center"/>
          </w:tcPr>
          <w:p w:rsidR="0068783C" w:rsidRDefault="0068783C" w:rsidP="00CE4C65">
            <w:pPr>
              <w:jc w:val="center"/>
            </w:pPr>
            <w:r>
              <w:rPr>
                <w:sz w:val="16"/>
              </w:rPr>
              <w:t>2</w:t>
            </w:r>
            <w:r w:rsidR="00CE4C65">
              <w:rPr>
                <w:sz w:val="16"/>
              </w:rPr>
              <w:t>8</w:t>
            </w:r>
          </w:p>
        </w:tc>
        <w:tc>
          <w:tcPr>
            <w:tcW w:w="3541" w:type="dxa"/>
            <w:vAlign w:val="center"/>
          </w:tcPr>
          <w:p w:rsidR="0068783C" w:rsidRDefault="0068783C" w:rsidP="004D6E0C">
            <w:pPr>
              <w:jc w:val="both"/>
            </w:pPr>
            <w:r>
              <w:rPr>
                <w:sz w:val="16"/>
              </w:rPr>
              <w:t>Đánh giá kết quả công tác tư tưởng theo mức độ chuyển biến về nhận thức, tinh thần trách nhiệm, niềm tin, đồng thuận và kết quả thực hiện nhiệm vụ chính trị ở cơ sở</w:t>
            </w:r>
          </w:p>
        </w:tc>
        <w:tc>
          <w:tcPr>
            <w:tcW w:w="1292" w:type="dxa"/>
            <w:vAlign w:val="center"/>
          </w:tcPr>
          <w:p w:rsidR="0068783C" w:rsidRDefault="0068783C">
            <w:pPr>
              <w:jc w:val="center"/>
            </w:pPr>
            <w:r>
              <w:rPr>
                <w:sz w:val="16"/>
              </w:rPr>
              <w:t>Ban Xây dựng Đảng</w:t>
            </w:r>
          </w:p>
        </w:tc>
        <w:tc>
          <w:tcPr>
            <w:tcW w:w="1723" w:type="dxa"/>
            <w:vAlign w:val="center"/>
          </w:tcPr>
          <w:p w:rsidR="0068783C" w:rsidRDefault="0068783C">
            <w:pPr>
              <w:jc w:val="center"/>
            </w:pPr>
            <w:r>
              <w:rPr>
                <w:sz w:val="16"/>
              </w:rPr>
              <w:t>UBKT Đảng ủy, Văn phòng Đảng ủy, các chi bộ, cơ quan liên quan</w:t>
            </w:r>
          </w:p>
        </w:tc>
        <w:tc>
          <w:tcPr>
            <w:tcW w:w="1208" w:type="dxa"/>
            <w:vAlign w:val="center"/>
          </w:tcPr>
          <w:p w:rsidR="0068783C" w:rsidRDefault="0068783C">
            <w:pPr>
              <w:jc w:val="center"/>
            </w:pPr>
            <w:r>
              <w:rPr>
                <w:sz w:val="16"/>
              </w:rPr>
              <w:t>Hằng năm; sơ kết, tổng kết</w:t>
            </w:r>
          </w:p>
        </w:tc>
        <w:tc>
          <w:tcPr>
            <w:tcW w:w="2296" w:type="dxa"/>
            <w:vAlign w:val="center"/>
          </w:tcPr>
          <w:p w:rsidR="0068783C" w:rsidRDefault="0068783C" w:rsidP="004D6E0C">
            <w:pPr>
              <w:jc w:val="both"/>
            </w:pPr>
            <w:r>
              <w:rPr>
                <w:sz w:val="16"/>
              </w:rPr>
              <w:t>Báo cáo đánh giá thực chất; xác định kết quả, hạn chế, nguyên nhân và nhiệm vụ khắc phục</w:t>
            </w:r>
          </w:p>
        </w:tc>
      </w:tr>
    </w:tbl>
    <w:p w:rsidR="00A874A2" w:rsidRDefault="00CE4C65" w:rsidP="0068783C">
      <w:pPr>
        <w:spacing w:before="360" w:after="100" w:afterAutospacing="1" w:line="240" w:lineRule="auto"/>
      </w:pPr>
      <w:r>
        <w:rPr>
          <w:i/>
        </w:rPr>
        <w:t>Ghi chú: Các nhiệm vụ trong biểu được thực hiện trong phạm vi chức năng, nhiệm vụ, thẩm quyền của từng cơ quan, đơn vị; bảo đảm nguyên tắc “6 rõ”, không chồng chéo, không hình thức và phù hợp điều kiện thực tế của xã Sin Suối Hồ.</w:t>
      </w:r>
    </w:p>
    <w:sectPr w:rsidR="00A874A2" w:rsidSect="00034616">
      <w:pgSz w:w="12240" w:h="15840"/>
      <w:pgMar w:top="850" w:right="850" w:bottom="850" w:left="85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29639D"/>
    <w:rsid w:val="00326F90"/>
    <w:rsid w:val="004D6E0C"/>
    <w:rsid w:val="0068783C"/>
    <w:rsid w:val="00702B74"/>
    <w:rsid w:val="00945F94"/>
    <w:rsid w:val="00A15FC3"/>
    <w:rsid w:val="00A874A2"/>
    <w:rsid w:val="00AA1D8D"/>
    <w:rsid w:val="00B47730"/>
    <w:rsid w:val="00CB0664"/>
    <w:rsid w:val="00CE4C65"/>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15:docId w15:val="{159AE2E4-606F-41A0-91E7-D7B62F71B2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rPr>
      <w:rFonts w:ascii="Times New Roman" w:hAnsi="Times New Roman"/>
      <w:sz w:val="1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B853F9-0DA5-443F-8CAF-0062D4762D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1230</Words>
  <Characters>7013</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8227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noivu</cp:lastModifiedBy>
  <cp:revision>2</cp:revision>
  <dcterms:created xsi:type="dcterms:W3CDTF">2026-09-29T10:55:00Z</dcterms:created>
  <dcterms:modified xsi:type="dcterms:W3CDTF">2026-09-29T10:55:00Z</dcterms:modified>
  <cp:category/>
</cp:coreProperties>
</file>